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312" w:rsidRPr="00437730" w:rsidRDefault="00A32DF7">
      <w:pPr>
        <w:spacing w:before="2948"/>
        <w:jc w:val="center"/>
        <w:rPr>
          <w:lang w:val="ru-RU"/>
        </w:rPr>
      </w:pPr>
      <w:r w:rsidRPr="00437730">
        <w:rPr>
          <w:b/>
          <w:color w:val="0B6FA4"/>
          <w:sz w:val="30"/>
          <w:lang w:val="ru-RU"/>
        </w:rPr>
        <w:t>ИНСТРУКЦИЯ</w:t>
      </w:r>
    </w:p>
    <w:p w:rsidR="002F6312" w:rsidRPr="00437730" w:rsidRDefault="00A32DF7">
      <w:pPr>
        <w:pStyle w:val="Title"/>
        <w:jc w:val="center"/>
        <w:rPr>
          <w:lang w:val="ru-RU"/>
        </w:rPr>
      </w:pPr>
      <w:proofErr w:type="gramStart"/>
      <w:r w:rsidRPr="00437730">
        <w:rPr>
          <w:lang w:val="ru-RU"/>
        </w:rPr>
        <w:t>по</w:t>
      </w:r>
      <w:proofErr w:type="gramEnd"/>
      <w:r w:rsidRPr="00437730">
        <w:rPr>
          <w:lang w:val="ru-RU"/>
        </w:rPr>
        <w:t xml:space="preserve"> установке</w:t>
      </w:r>
      <w:r w:rsidRPr="00437730">
        <w:rPr>
          <w:lang w:val="ru-RU"/>
        </w:rPr>
        <w:br/>
      </w:r>
      <w:r>
        <w:t>Astra</w:t>
      </w:r>
      <w:r w:rsidRPr="00437730">
        <w:rPr>
          <w:lang w:val="ru-RU"/>
        </w:rPr>
        <w:t xml:space="preserve"> </w:t>
      </w:r>
      <w:r>
        <w:t>Linux</w:t>
      </w:r>
    </w:p>
    <w:p w:rsidR="002F6312" w:rsidRPr="00437730" w:rsidRDefault="00A32DF7">
      <w:pPr>
        <w:spacing w:before="280"/>
        <w:jc w:val="center"/>
        <w:rPr>
          <w:lang w:val="ru-RU"/>
        </w:rPr>
      </w:pPr>
      <w:r w:rsidRPr="00437730">
        <w:rPr>
          <w:color w:val="505050"/>
          <w:sz w:val="26"/>
          <w:lang w:val="ru-RU"/>
        </w:rPr>
        <w:t>Пошаговое руководство для пользователя</w:t>
      </w:r>
    </w:p>
    <w:p w:rsidR="002F6312" w:rsidRPr="00655BD7" w:rsidRDefault="00A32DF7">
      <w:pPr>
        <w:jc w:val="center"/>
        <w:rPr>
          <w:lang w:val="ru-RU"/>
        </w:rPr>
      </w:pPr>
      <w:r w:rsidRPr="00655BD7">
        <w:rPr>
          <w:color w:val="0B6FA4"/>
          <w:lang w:val="ru-RU"/>
        </w:rPr>
        <w:t>━━━━━━━━━━━━━━━━━━━━━━━━━━━━</w:t>
      </w:r>
    </w:p>
    <w:p w:rsidR="002F6312" w:rsidRPr="00655BD7" w:rsidRDefault="00A32DF7">
      <w:pPr>
        <w:rPr>
          <w:lang w:val="ru-RU"/>
        </w:rPr>
      </w:pPr>
      <w:r w:rsidRPr="00655BD7">
        <w:rPr>
          <w:lang w:val="ru-RU"/>
        </w:rPr>
        <w:br w:type="page"/>
      </w:r>
    </w:p>
    <w:p w:rsidR="002F6312" w:rsidRPr="00655BD7" w:rsidRDefault="00A32DF7">
      <w:pPr>
        <w:pStyle w:val="Heading1"/>
        <w:spacing w:before="0"/>
        <w:rPr>
          <w:lang w:val="ru-RU"/>
        </w:rPr>
      </w:pPr>
      <w:r w:rsidRPr="00655BD7">
        <w:rPr>
          <w:lang w:val="ru-RU"/>
        </w:rPr>
        <w:lastRenderedPageBreak/>
        <w:t>Перед началом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 xml:space="preserve">В этой инструкции описана установка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 xml:space="preserve"> на отдельный компьютер или на чистый диск. Последовательность действий рассчитана на обычного пользователя и не требует специальных знаний </w:t>
      </w:r>
      <w:r>
        <w:t>Linux</w:t>
      </w:r>
      <w:r w:rsidRPr="00437730">
        <w:rPr>
          <w:lang w:val="ru-RU"/>
        </w:rPr>
        <w:t>.</w:t>
      </w:r>
    </w:p>
    <w:p w:rsidR="002F6312" w:rsidRDefault="00A32DF7">
      <w:proofErr w:type="spellStart"/>
      <w:r>
        <w:t>Для</w:t>
      </w:r>
      <w:proofErr w:type="spellEnd"/>
      <w:r>
        <w:t xml:space="preserve"> </w:t>
      </w:r>
      <w:proofErr w:type="spellStart"/>
      <w:r>
        <w:t>установки</w:t>
      </w:r>
      <w:proofErr w:type="spellEnd"/>
      <w:r>
        <w:t xml:space="preserve"> </w:t>
      </w:r>
      <w:proofErr w:type="spellStart"/>
      <w:r>
        <w:t>понадобятся</w:t>
      </w:r>
      <w:proofErr w:type="spellEnd"/>
      <w:r>
        <w:t>:</w:t>
      </w:r>
    </w:p>
    <w:p w:rsidR="002F6312" w:rsidRPr="00437730" w:rsidRDefault="00A32DF7">
      <w:pPr>
        <w:pStyle w:val="ListBullet"/>
        <w:spacing w:after="60"/>
        <w:rPr>
          <w:lang w:val="ru-RU"/>
        </w:rPr>
      </w:pPr>
      <w:proofErr w:type="gramStart"/>
      <w:r w:rsidRPr="00437730">
        <w:rPr>
          <w:lang w:val="ru-RU"/>
        </w:rPr>
        <w:t>компьютер</w:t>
      </w:r>
      <w:proofErr w:type="gramEnd"/>
      <w:r w:rsidRPr="00437730">
        <w:rPr>
          <w:lang w:val="ru-RU"/>
        </w:rPr>
        <w:t xml:space="preserve">, на который будет установлена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>;</w:t>
      </w:r>
    </w:p>
    <w:p w:rsidR="002F6312" w:rsidRPr="00437730" w:rsidRDefault="00A32DF7">
      <w:pPr>
        <w:pStyle w:val="ListBullet"/>
        <w:spacing w:after="60"/>
        <w:rPr>
          <w:lang w:val="ru-RU"/>
        </w:rPr>
      </w:pPr>
      <w:r>
        <w:t>USB</w:t>
      </w:r>
      <w:r w:rsidRPr="00437730">
        <w:rPr>
          <w:lang w:val="ru-RU"/>
        </w:rPr>
        <w:t>-</w:t>
      </w:r>
      <w:proofErr w:type="spellStart"/>
      <w:r w:rsidRPr="00437730">
        <w:rPr>
          <w:lang w:val="ru-RU"/>
        </w:rPr>
        <w:t>флешка</w:t>
      </w:r>
      <w:proofErr w:type="spellEnd"/>
      <w:r w:rsidRPr="00437730">
        <w:rPr>
          <w:lang w:val="ru-RU"/>
        </w:rPr>
        <w:t xml:space="preserve"> подходящего объёма (рекомендуется не менее 8 ГБ);</w:t>
      </w:r>
    </w:p>
    <w:p w:rsidR="002F6312" w:rsidRPr="00437730" w:rsidRDefault="00A32DF7">
      <w:pPr>
        <w:pStyle w:val="ListBullet"/>
        <w:spacing w:after="60"/>
        <w:rPr>
          <w:lang w:val="ru-RU"/>
        </w:rPr>
      </w:pPr>
      <w:proofErr w:type="gramStart"/>
      <w:r w:rsidRPr="00437730">
        <w:rPr>
          <w:lang w:val="ru-RU"/>
        </w:rPr>
        <w:t>компьютер</w:t>
      </w:r>
      <w:proofErr w:type="gramEnd"/>
      <w:r w:rsidRPr="00437730">
        <w:rPr>
          <w:lang w:val="ru-RU"/>
        </w:rPr>
        <w:t xml:space="preserve"> с </w:t>
      </w:r>
      <w:r>
        <w:t>Windows</w:t>
      </w:r>
      <w:r w:rsidRPr="00437730">
        <w:rPr>
          <w:lang w:val="ru-RU"/>
        </w:rPr>
        <w:t xml:space="preserve"> для скачивания файлов и подготовки загрузочной </w:t>
      </w:r>
      <w:proofErr w:type="spellStart"/>
      <w:r w:rsidRPr="00437730">
        <w:rPr>
          <w:lang w:val="ru-RU"/>
        </w:rPr>
        <w:t>флешки</w:t>
      </w:r>
      <w:proofErr w:type="spellEnd"/>
      <w:r w:rsidRPr="00437730">
        <w:rPr>
          <w:lang w:val="ru-RU"/>
        </w:rPr>
        <w:t>;</w:t>
      </w:r>
    </w:p>
    <w:p w:rsidR="002F6312" w:rsidRDefault="00A32DF7">
      <w:pPr>
        <w:pStyle w:val="ListBullet"/>
        <w:spacing w:after="60"/>
      </w:pPr>
      <w:proofErr w:type="spellStart"/>
      <w:r>
        <w:t>программа</w:t>
      </w:r>
      <w:proofErr w:type="spellEnd"/>
      <w:r>
        <w:t xml:space="preserve"> Rufus;</w:t>
      </w:r>
    </w:p>
    <w:p w:rsidR="002F6312" w:rsidRPr="00437730" w:rsidRDefault="00A32DF7">
      <w:pPr>
        <w:pStyle w:val="ListBullet"/>
        <w:spacing w:after="60"/>
        <w:rPr>
          <w:lang w:val="ru-RU"/>
        </w:rPr>
      </w:pPr>
      <w:proofErr w:type="gramStart"/>
      <w:r w:rsidRPr="00437730">
        <w:rPr>
          <w:lang w:val="ru-RU"/>
        </w:rPr>
        <w:t>доступ</w:t>
      </w:r>
      <w:proofErr w:type="gramEnd"/>
      <w:r w:rsidRPr="00437730">
        <w:rPr>
          <w:lang w:val="ru-RU"/>
        </w:rPr>
        <w:t xml:space="preserve"> к папке с установочными файлами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>.</w:t>
      </w: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2F6312" w:rsidRPr="00655BD7">
        <w:trPr>
          <w:jc w:val="center"/>
        </w:trPr>
        <w:tc>
          <w:tcPr>
            <w:tcW w:w="9242" w:type="dxa"/>
            <w:tcBorders>
              <w:top w:val="single" w:sz="10" w:space="0" w:color="E5A442"/>
              <w:left w:val="single" w:sz="10" w:space="0" w:color="E5A442"/>
              <w:bottom w:val="single" w:sz="10" w:space="0" w:color="E5A442"/>
              <w:right w:val="single" w:sz="10" w:space="0" w:color="E5A442"/>
            </w:tcBorders>
            <w:shd w:val="clear" w:color="auto" w:fill="FFF3E0"/>
          </w:tcPr>
          <w:p w:rsidR="002F6312" w:rsidRPr="00437730" w:rsidRDefault="00A32DF7">
            <w:pPr>
              <w:rPr>
                <w:lang w:val="ru-RU"/>
              </w:rPr>
            </w:pPr>
            <w:r w:rsidRPr="00437730">
              <w:rPr>
                <w:b/>
                <w:color w:val="A45D00"/>
                <w:lang w:val="ru-RU"/>
              </w:rPr>
              <w:t>Внимание</w:t>
            </w:r>
            <w:r w:rsidRPr="00437730">
              <w:rPr>
                <w:b/>
                <w:color w:val="A45D00"/>
                <w:lang w:val="ru-RU"/>
              </w:rPr>
              <w:br/>
            </w:r>
            <w:r w:rsidRPr="00437730">
              <w:rPr>
                <w:lang w:val="ru-RU"/>
              </w:rPr>
              <w:t>Во время установки выбранный диск будет переразмечен, а данные на нём могут быть удалены. Если на компьютере есть важные файлы, заранее сохраните их на другой носитель.</w:t>
            </w:r>
          </w:p>
        </w:tc>
        <w:bookmarkStart w:id="0" w:name="_GoBack"/>
        <w:bookmarkEnd w:id="0"/>
      </w:tr>
    </w:tbl>
    <w:p w:rsidR="002F6312" w:rsidRPr="00437730" w:rsidRDefault="002F6312">
      <w:pPr>
        <w:spacing w:after="20"/>
        <w:rPr>
          <w:lang w:val="ru-RU"/>
        </w:rPr>
      </w:pPr>
    </w:p>
    <w:p w:rsidR="002F6312" w:rsidRPr="00437730" w:rsidRDefault="00A32DF7">
      <w:pPr>
        <w:pStyle w:val="Heading1"/>
        <w:rPr>
          <w:lang w:val="ru-RU"/>
        </w:rPr>
      </w:pPr>
      <w:r w:rsidRPr="00437730">
        <w:rPr>
          <w:lang w:val="ru-RU"/>
        </w:rPr>
        <w:t>Шаг 1. Скачивание и распаковка установочных файлов</w:t>
      </w:r>
    </w:p>
    <w:p w:rsidR="002F6312" w:rsidRPr="00437730" w:rsidRDefault="00655BD7">
      <w:pPr>
        <w:rPr>
          <w:lang w:val="ru-RU"/>
        </w:rPr>
      </w:pPr>
      <w:r w:rsidRPr="00437730">
        <w:rPr>
          <w:lang w:val="ru-RU"/>
        </w:rPr>
        <w:t>Скачайте все файлы</w:t>
      </w:r>
      <w:r w:rsidRPr="004E22DC">
        <w:rPr>
          <w:lang w:val="ru-RU"/>
        </w:rPr>
        <w:t xml:space="preserve"> </w:t>
      </w:r>
      <w:proofErr w:type="gramStart"/>
      <w:r w:rsidRPr="004E22DC">
        <w:rPr>
          <w:b/>
          <w:color w:val="0B6FA4"/>
        </w:rPr>
        <w:t>Astra</w:t>
      </w:r>
      <w:r w:rsidRPr="009F6DBB">
        <w:rPr>
          <w:b/>
          <w:color w:val="0B6FA4"/>
          <w:lang w:val="ru-RU"/>
        </w:rPr>
        <w:t>_1_8_4_48.</w:t>
      </w:r>
      <w:r w:rsidRPr="004E22DC">
        <w:rPr>
          <w:b/>
          <w:color w:val="0B6FA4"/>
        </w:rPr>
        <w:t>zip</w:t>
      </w:r>
      <w:r w:rsidRPr="009F6DBB">
        <w:rPr>
          <w:b/>
          <w:color w:val="0B6FA4"/>
          <w:lang w:val="ru-RU"/>
        </w:rPr>
        <w:t>.*</w:t>
      </w:r>
      <w:proofErr w:type="gramEnd"/>
      <w:r w:rsidRPr="00437730">
        <w:rPr>
          <w:lang w:val="ru-RU"/>
        </w:rPr>
        <w:t xml:space="preserve"> из папки</w:t>
      </w:r>
      <w:r w:rsidR="00A32DF7" w:rsidRPr="00437730">
        <w:rPr>
          <w:lang w:val="ru-RU"/>
        </w:rPr>
        <w:t>:</w:t>
      </w:r>
    </w:p>
    <w:p w:rsidR="002F6312" w:rsidRPr="00437730" w:rsidRDefault="00A32DF7">
      <w:pPr>
        <w:rPr>
          <w:lang w:val="ru-RU"/>
        </w:rPr>
      </w:pPr>
      <w:r>
        <w:rPr>
          <w:b/>
          <w:color w:val="0B6FA4"/>
        </w:rPr>
        <w:t>https</w:t>
      </w:r>
      <w:r w:rsidRPr="00437730">
        <w:rPr>
          <w:b/>
          <w:color w:val="0B6FA4"/>
          <w:lang w:val="ru-RU"/>
        </w:rPr>
        <w:t>://</w:t>
      </w:r>
      <w:r>
        <w:rPr>
          <w:b/>
          <w:color w:val="0B6FA4"/>
        </w:rPr>
        <w:t>ftp</w:t>
      </w:r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sl</w:t>
      </w:r>
      <w:proofErr w:type="spellEnd"/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iae</w:t>
      </w:r>
      <w:proofErr w:type="spellEnd"/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nsk</w:t>
      </w:r>
      <w:proofErr w:type="spellEnd"/>
      <w:r w:rsidRPr="00437730">
        <w:rPr>
          <w:b/>
          <w:color w:val="0B6FA4"/>
          <w:lang w:val="ru-RU"/>
        </w:rPr>
        <w:t>.</w:t>
      </w:r>
      <w:proofErr w:type="spellStart"/>
      <w:r>
        <w:rPr>
          <w:b/>
          <w:color w:val="0B6FA4"/>
        </w:rPr>
        <w:t>su</w:t>
      </w:r>
      <w:proofErr w:type="spellEnd"/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Public</w:t>
      </w:r>
      <w:r w:rsidRPr="00437730">
        <w:rPr>
          <w:b/>
          <w:color w:val="0B6FA4"/>
          <w:lang w:val="ru-RU"/>
        </w:rPr>
        <w:t>/</w:t>
      </w:r>
      <w:proofErr w:type="spellStart"/>
      <w:r>
        <w:rPr>
          <w:b/>
          <w:color w:val="0B6FA4"/>
        </w:rPr>
        <w:t>ForwardTechSupport</w:t>
      </w:r>
      <w:proofErr w:type="spellEnd"/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For</w:t>
      </w:r>
      <w:r w:rsidRPr="00437730">
        <w:rPr>
          <w:b/>
          <w:color w:val="0B6FA4"/>
          <w:lang w:val="ru-RU"/>
        </w:rPr>
        <w:t>_</w:t>
      </w:r>
      <w:r>
        <w:rPr>
          <w:b/>
          <w:color w:val="0B6FA4"/>
        </w:rPr>
        <w:t>RTRS</w:t>
      </w:r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Player</w:t>
      </w:r>
      <w:r w:rsidRPr="00437730">
        <w:rPr>
          <w:b/>
          <w:color w:val="0B6FA4"/>
          <w:lang w:val="ru-RU"/>
        </w:rPr>
        <w:t>/</w:t>
      </w:r>
      <w:r>
        <w:rPr>
          <w:b/>
          <w:color w:val="0B6FA4"/>
        </w:rPr>
        <w:t>System</w:t>
      </w:r>
      <w:r w:rsidRPr="00437730">
        <w:rPr>
          <w:b/>
          <w:color w:val="0B6FA4"/>
          <w:lang w:val="ru-RU"/>
        </w:rPr>
        <w:t>/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>В этой папке находятся части одного многотомного архива. Все части необходимо скачать полностью и сохранить в одну папку.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 xml:space="preserve">После загрузки запустите распаковку архива с первой части обычным способом — например, через пункт «Извлечь» в архиваторе. Остальные части должны находиться рядом; архиватор подключит их автоматически. После распаковки получится один установочный файл с </w:t>
      </w:r>
      <w:proofErr w:type="gramStart"/>
      <w:r w:rsidRPr="00437730">
        <w:rPr>
          <w:lang w:val="ru-RU"/>
        </w:rPr>
        <w:t>расширением .</w:t>
      </w:r>
      <w:proofErr w:type="spellStart"/>
      <w:r>
        <w:t>iso</w:t>
      </w:r>
      <w:proofErr w:type="spellEnd"/>
      <w:proofErr w:type="gramEnd"/>
      <w:r w:rsidRPr="00437730">
        <w:rPr>
          <w:lang w:val="ru-RU"/>
        </w:rPr>
        <w:t>.</w:t>
      </w: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2F6312" w:rsidRPr="00655BD7">
        <w:trPr>
          <w:jc w:val="center"/>
        </w:trPr>
        <w:tc>
          <w:tcPr>
            <w:tcW w:w="9242" w:type="dxa"/>
            <w:tcBorders>
              <w:top w:val="single" w:sz="10" w:space="0" w:color="63A6C7"/>
              <w:left w:val="single" w:sz="10" w:space="0" w:color="63A6C7"/>
              <w:bottom w:val="single" w:sz="10" w:space="0" w:color="63A6C7"/>
              <w:right w:val="single" w:sz="10" w:space="0" w:color="63A6C7"/>
            </w:tcBorders>
            <w:shd w:val="clear" w:color="auto" w:fill="EAF4F9"/>
          </w:tcPr>
          <w:p w:rsidR="002F6312" w:rsidRPr="00437730" w:rsidRDefault="00A32DF7">
            <w:pPr>
              <w:rPr>
                <w:lang w:val="ru-RU"/>
              </w:rPr>
            </w:pPr>
            <w:r w:rsidRPr="00437730">
              <w:rPr>
                <w:b/>
                <w:color w:val="0B6FA4"/>
                <w:lang w:val="ru-RU"/>
              </w:rPr>
              <w:t>Важно</w:t>
            </w:r>
            <w:r w:rsidRPr="00437730">
              <w:rPr>
                <w:b/>
                <w:color w:val="0B6FA4"/>
                <w:lang w:val="ru-RU"/>
              </w:rPr>
              <w:br/>
            </w:r>
            <w:r w:rsidRPr="00437730">
              <w:rPr>
                <w:lang w:val="ru-RU"/>
              </w:rPr>
              <w:t>Не распаковывайте части архива по отдельности и не переименовывайте их. Если одной из частей не хватает, распаковка не завершится корректно.</w:t>
            </w:r>
          </w:p>
        </w:tc>
      </w:tr>
    </w:tbl>
    <w:p w:rsidR="002F6312" w:rsidRPr="00437730" w:rsidRDefault="002F6312">
      <w:pPr>
        <w:spacing w:after="20"/>
        <w:rPr>
          <w:lang w:val="ru-RU"/>
        </w:rPr>
      </w:pPr>
    </w:p>
    <w:p w:rsidR="002F6312" w:rsidRPr="00437730" w:rsidRDefault="00A32DF7">
      <w:pPr>
        <w:pStyle w:val="Heading1"/>
        <w:rPr>
          <w:lang w:val="ru-RU"/>
        </w:rPr>
      </w:pPr>
      <w:r w:rsidRPr="00437730">
        <w:rPr>
          <w:lang w:val="ru-RU"/>
        </w:rPr>
        <w:t xml:space="preserve">Шаг 2. Создание загрузочной </w:t>
      </w:r>
      <w:proofErr w:type="spellStart"/>
      <w:r w:rsidRPr="00437730">
        <w:rPr>
          <w:lang w:val="ru-RU"/>
        </w:rPr>
        <w:t>флешки</w:t>
      </w:r>
      <w:proofErr w:type="spellEnd"/>
    </w:p>
    <w:p w:rsidR="002F6312" w:rsidRDefault="00A32DF7">
      <w:r w:rsidRPr="00437730">
        <w:rPr>
          <w:lang w:val="ru-RU"/>
        </w:rPr>
        <w:t xml:space="preserve">Подключите </w:t>
      </w:r>
      <w:r>
        <w:t>USB</w:t>
      </w:r>
      <w:r w:rsidRPr="00437730">
        <w:rPr>
          <w:lang w:val="ru-RU"/>
        </w:rPr>
        <w:t>-</w:t>
      </w:r>
      <w:proofErr w:type="spellStart"/>
      <w:r w:rsidRPr="00437730">
        <w:rPr>
          <w:lang w:val="ru-RU"/>
        </w:rPr>
        <w:t>флешку</w:t>
      </w:r>
      <w:proofErr w:type="spellEnd"/>
      <w:r w:rsidRPr="00437730">
        <w:rPr>
          <w:lang w:val="ru-RU"/>
        </w:rPr>
        <w:t xml:space="preserve"> к компьютеру и запустите </w:t>
      </w:r>
      <w:r>
        <w:t>Rufus</w:t>
      </w:r>
      <w:r w:rsidRPr="00437730">
        <w:rPr>
          <w:lang w:val="ru-RU"/>
        </w:rPr>
        <w:t xml:space="preserve">. В поле «Устройство» выберите нужную </w:t>
      </w:r>
      <w:proofErr w:type="spellStart"/>
      <w:r w:rsidRPr="00437730">
        <w:rPr>
          <w:lang w:val="ru-RU"/>
        </w:rPr>
        <w:t>флешку</w:t>
      </w:r>
      <w:proofErr w:type="spellEnd"/>
      <w:r w:rsidRPr="00437730">
        <w:rPr>
          <w:lang w:val="ru-RU"/>
        </w:rPr>
        <w:t xml:space="preserve">, а в качестве загрузочного образа укажите полученный на предыдущем шаге </w:t>
      </w:r>
      <w:proofErr w:type="gramStart"/>
      <w:r w:rsidRPr="00437730">
        <w:rPr>
          <w:lang w:val="ru-RU"/>
        </w:rPr>
        <w:t>файл .</w:t>
      </w:r>
      <w:proofErr w:type="spellStart"/>
      <w:r>
        <w:t>iso</w:t>
      </w:r>
      <w:proofErr w:type="spellEnd"/>
      <w:proofErr w:type="gramEnd"/>
      <w:r w:rsidRPr="00437730">
        <w:rPr>
          <w:lang w:val="ru-RU"/>
        </w:rPr>
        <w:t xml:space="preserve">. Остальные параметры без необходимости не изменяйте. </w:t>
      </w:r>
      <w:proofErr w:type="spellStart"/>
      <w:r>
        <w:t>Затем</w:t>
      </w:r>
      <w:proofErr w:type="spellEnd"/>
      <w:r>
        <w:t xml:space="preserve"> </w:t>
      </w:r>
      <w:proofErr w:type="spellStart"/>
      <w:r>
        <w:t>нажмите</w:t>
      </w:r>
      <w:proofErr w:type="spellEnd"/>
      <w:r>
        <w:t xml:space="preserve"> «</w:t>
      </w:r>
      <w:proofErr w:type="spellStart"/>
      <w:r>
        <w:t>Старт</w:t>
      </w:r>
      <w:proofErr w:type="spellEnd"/>
      <w:r>
        <w:t xml:space="preserve">» и </w:t>
      </w:r>
      <w:proofErr w:type="spellStart"/>
      <w:r>
        <w:t>дождитесь</w:t>
      </w:r>
      <w:proofErr w:type="spellEnd"/>
      <w:r>
        <w:t xml:space="preserve"> </w:t>
      </w:r>
      <w:proofErr w:type="spellStart"/>
      <w:r>
        <w:t>завершения</w:t>
      </w:r>
      <w:proofErr w:type="spellEnd"/>
      <w:r>
        <w:t xml:space="preserve"> </w:t>
      </w:r>
      <w:proofErr w:type="spellStart"/>
      <w:r>
        <w:t>записи</w:t>
      </w:r>
      <w:proofErr w:type="spellEnd"/>
      <w:r>
        <w:t>.</w:t>
      </w: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2F6312">
        <w:trPr>
          <w:jc w:val="center"/>
        </w:trPr>
        <w:tc>
          <w:tcPr>
            <w:tcW w:w="9242" w:type="dxa"/>
            <w:tcBorders>
              <w:top w:val="single" w:sz="10" w:space="0" w:color="E5A442"/>
              <w:left w:val="single" w:sz="10" w:space="0" w:color="E5A442"/>
              <w:bottom w:val="single" w:sz="10" w:space="0" w:color="E5A442"/>
              <w:right w:val="single" w:sz="10" w:space="0" w:color="E5A442"/>
            </w:tcBorders>
            <w:shd w:val="clear" w:color="auto" w:fill="FFF3E0"/>
          </w:tcPr>
          <w:p w:rsidR="002F6312" w:rsidRDefault="00A32DF7">
            <w:r w:rsidRPr="00437730">
              <w:rPr>
                <w:b/>
                <w:color w:val="A45D00"/>
                <w:lang w:val="ru-RU"/>
              </w:rPr>
              <w:t>Внимание</w:t>
            </w:r>
            <w:r w:rsidRPr="00437730">
              <w:rPr>
                <w:b/>
                <w:color w:val="A45D00"/>
                <w:lang w:val="ru-RU"/>
              </w:rPr>
              <w:br/>
            </w:r>
            <w:r w:rsidRPr="00437730">
              <w:rPr>
                <w:lang w:val="ru-RU"/>
              </w:rPr>
              <w:t xml:space="preserve">При записи загрузочного образа все данные на выбранной </w:t>
            </w:r>
            <w:proofErr w:type="spellStart"/>
            <w:r w:rsidRPr="00437730">
              <w:rPr>
                <w:lang w:val="ru-RU"/>
              </w:rPr>
              <w:t>флешке</w:t>
            </w:r>
            <w:proofErr w:type="spellEnd"/>
            <w:r w:rsidRPr="00437730">
              <w:rPr>
                <w:lang w:val="ru-RU"/>
              </w:rPr>
              <w:t xml:space="preserve"> будут удалены. </w:t>
            </w:r>
            <w:proofErr w:type="spellStart"/>
            <w:r>
              <w:t>Перед</w:t>
            </w:r>
            <w:proofErr w:type="spellEnd"/>
            <w:r>
              <w:t xml:space="preserve"> </w:t>
            </w:r>
            <w:proofErr w:type="spellStart"/>
            <w:r>
              <w:t>нажатием</w:t>
            </w:r>
            <w:proofErr w:type="spellEnd"/>
            <w:r>
              <w:t xml:space="preserve"> «</w:t>
            </w:r>
            <w:proofErr w:type="spellStart"/>
            <w:r>
              <w:t>Старт</w:t>
            </w:r>
            <w:proofErr w:type="spellEnd"/>
            <w:r>
              <w:t xml:space="preserve">» </w:t>
            </w:r>
            <w:proofErr w:type="spellStart"/>
            <w:r>
              <w:t>убедитесь</w:t>
            </w:r>
            <w:proofErr w:type="spellEnd"/>
            <w:r>
              <w:t xml:space="preserve">, </w:t>
            </w:r>
            <w:proofErr w:type="spellStart"/>
            <w:r>
              <w:t>что</w:t>
            </w:r>
            <w:proofErr w:type="spellEnd"/>
            <w:r>
              <w:t xml:space="preserve"> </w:t>
            </w:r>
            <w:proofErr w:type="spellStart"/>
            <w:r>
              <w:t>выбрана</w:t>
            </w:r>
            <w:proofErr w:type="spellEnd"/>
            <w:r>
              <w:t xml:space="preserve"> </w:t>
            </w:r>
            <w:proofErr w:type="spellStart"/>
            <w:r>
              <w:t>нужная</w:t>
            </w:r>
            <w:proofErr w:type="spellEnd"/>
            <w:r>
              <w:t xml:space="preserve"> </w:t>
            </w:r>
            <w:proofErr w:type="spellStart"/>
            <w:r>
              <w:t>флешка</w:t>
            </w:r>
            <w:proofErr w:type="spellEnd"/>
            <w:r>
              <w:t>.</w:t>
            </w:r>
          </w:p>
        </w:tc>
      </w:tr>
    </w:tbl>
    <w:p w:rsidR="002F6312" w:rsidRDefault="002F6312">
      <w:pPr>
        <w:spacing w:after="20"/>
      </w:pP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3239770" cy="5613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561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DE047F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3. Запуск установщика</w:t>
      </w:r>
    </w:p>
    <w:p w:rsidR="00DE047F" w:rsidRDefault="00A32DF7">
      <w:pPr>
        <w:rPr>
          <w:lang w:val="ru-RU"/>
        </w:rPr>
      </w:pPr>
      <w:r w:rsidRPr="00437730">
        <w:rPr>
          <w:lang w:val="ru-RU"/>
        </w:rPr>
        <w:t xml:space="preserve">Подключите подготовленную </w:t>
      </w:r>
      <w:proofErr w:type="spellStart"/>
      <w:r w:rsidRPr="00437730">
        <w:rPr>
          <w:lang w:val="ru-RU"/>
        </w:rPr>
        <w:t>флешку</w:t>
      </w:r>
      <w:proofErr w:type="spellEnd"/>
      <w:r w:rsidRPr="00437730">
        <w:rPr>
          <w:lang w:val="ru-RU"/>
        </w:rPr>
        <w:t xml:space="preserve"> к компьютеру, на который будет установлена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 xml:space="preserve">, и загрузите компьютер с </w:t>
      </w:r>
      <w:r>
        <w:t>USB</w:t>
      </w:r>
      <w:r w:rsidRPr="00437730">
        <w:rPr>
          <w:lang w:val="ru-RU"/>
        </w:rPr>
        <w:t>-накопителя</w:t>
      </w:r>
      <w:r w:rsidR="00DE047F">
        <w:rPr>
          <w:lang w:val="ru-RU"/>
        </w:rPr>
        <w:t>.</w:t>
      </w:r>
    </w:p>
    <w:p w:rsidR="00DE047F" w:rsidRDefault="00DE047F">
      <w:pPr>
        <w:rPr>
          <w:lang w:val="ru-RU"/>
        </w:rPr>
      </w:pPr>
      <w:r>
        <w:rPr>
          <w:lang w:val="ru-RU"/>
        </w:rPr>
        <w:t xml:space="preserve">Для целевой машины нужно </w:t>
      </w:r>
      <w:r w:rsidRPr="00DE047F">
        <w:rPr>
          <w:lang w:val="ru-RU"/>
        </w:rPr>
        <w:t>при загрузке</w:t>
      </w:r>
      <w:r>
        <w:rPr>
          <w:lang w:val="ru-RU"/>
        </w:rPr>
        <w:t xml:space="preserve"> нажать F11, тогда</w:t>
      </w:r>
      <w:r w:rsidRPr="00DE047F">
        <w:rPr>
          <w:lang w:val="ru-RU"/>
        </w:rPr>
        <w:t xml:space="preserve"> вызовется меню быстрой загрузки (BOOT MENU)</w:t>
      </w:r>
      <w:r>
        <w:rPr>
          <w:lang w:val="ru-RU"/>
        </w:rPr>
        <w:t>, в котором</w:t>
      </w:r>
      <w:r w:rsidRPr="00DE047F">
        <w:rPr>
          <w:lang w:val="ru-RU"/>
        </w:rPr>
        <w:t xml:space="preserve"> </w:t>
      </w:r>
      <w:r>
        <w:rPr>
          <w:lang w:val="ru-RU"/>
        </w:rPr>
        <w:t xml:space="preserve">нужно выбрать </w:t>
      </w:r>
      <w:proofErr w:type="spellStart"/>
      <w:r>
        <w:rPr>
          <w:lang w:val="ru-RU"/>
        </w:rPr>
        <w:t>флешку</w:t>
      </w:r>
      <w:proofErr w:type="spellEnd"/>
      <w:r>
        <w:rPr>
          <w:lang w:val="ru-RU"/>
        </w:rPr>
        <w:t xml:space="preserve"> и стартовать загрузку. В другом ПК обычно </w:t>
      </w:r>
      <w:r w:rsidR="00A32DF7">
        <w:rPr>
          <w:lang w:val="ru-RU"/>
        </w:rPr>
        <w:t xml:space="preserve">в </w:t>
      </w:r>
      <w:r w:rsidR="00A32DF7">
        <w:t>BIOS</w:t>
      </w:r>
      <w:r w:rsidR="00A32DF7" w:rsidRPr="00437730">
        <w:rPr>
          <w:lang w:val="ru-RU"/>
        </w:rPr>
        <w:t xml:space="preserve"> </w:t>
      </w:r>
      <w:r>
        <w:rPr>
          <w:lang w:val="ru-RU"/>
        </w:rPr>
        <w:t>в закладке</w:t>
      </w:r>
      <w:r w:rsidR="00A32DF7">
        <w:rPr>
          <w:lang w:val="ru-RU"/>
        </w:rPr>
        <w:t xml:space="preserve"> </w:t>
      </w:r>
      <w:r w:rsidR="00A32DF7">
        <w:t>Safe</w:t>
      </w:r>
      <w:r w:rsidR="00A32DF7" w:rsidRPr="00437730">
        <w:rPr>
          <w:lang w:val="ru-RU"/>
        </w:rPr>
        <w:t>&amp;</w:t>
      </w:r>
      <w:r w:rsidR="00A32DF7">
        <w:t>Exit</w:t>
      </w:r>
      <w:r w:rsidR="00A32DF7" w:rsidRPr="00437730">
        <w:rPr>
          <w:lang w:val="ru-RU"/>
        </w:rPr>
        <w:t xml:space="preserve"> </w:t>
      </w:r>
      <w:r>
        <w:rPr>
          <w:lang w:val="ru-RU"/>
        </w:rPr>
        <w:t xml:space="preserve">присутствует </w:t>
      </w:r>
      <w:r w:rsidR="00A32DF7">
        <w:rPr>
          <w:lang w:val="ru-RU"/>
        </w:rPr>
        <w:t xml:space="preserve">меню </w:t>
      </w:r>
      <w:r w:rsidR="00A32DF7">
        <w:t>Boot</w:t>
      </w:r>
      <w:r>
        <w:rPr>
          <w:lang w:val="ru-RU"/>
        </w:rPr>
        <w:t>, в котором</w:t>
      </w:r>
      <w:r w:rsidR="00A32DF7" w:rsidRPr="00437730">
        <w:rPr>
          <w:lang w:val="ru-RU"/>
        </w:rPr>
        <w:t xml:space="preserve"> </w:t>
      </w:r>
      <w:r>
        <w:rPr>
          <w:lang w:val="ru-RU"/>
        </w:rPr>
        <w:t xml:space="preserve">можно выбрать </w:t>
      </w:r>
      <w:r w:rsidR="00A32DF7" w:rsidRPr="00437730">
        <w:rPr>
          <w:lang w:val="ru-RU"/>
        </w:rPr>
        <w:t>принудительн</w:t>
      </w:r>
      <w:r>
        <w:rPr>
          <w:lang w:val="ru-RU"/>
        </w:rPr>
        <w:t>ую</w:t>
      </w:r>
      <w:r w:rsidR="00A32DF7" w:rsidRPr="00437730">
        <w:rPr>
          <w:lang w:val="ru-RU"/>
        </w:rPr>
        <w:t xml:space="preserve"> загрузк</w:t>
      </w:r>
      <w:r>
        <w:rPr>
          <w:lang w:val="ru-RU"/>
        </w:rPr>
        <w:t>у с</w:t>
      </w:r>
      <w:r w:rsidR="00A32DF7">
        <w:rPr>
          <w:lang w:val="ru-RU"/>
        </w:rPr>
        <w:t xml:space="preserve"> </w:t>
      </w:r>
      <w:r>
        <w:rPr>
          <w:lang w:val="ru-RU"/>
        </w:rPr>
        <w:t xml:space="preserve">указанной </w:t>
      </w:r>
      <w:proofErr w:type="spellStart"/>
      <w:r w:rsidR="00A32DF7">
        <w:rPr>
          <w:lang w:val="ru-RU"/>
        </w:rPr>
        <w:t>флешк</w:t>
      </w:r>
      <w:r>
        <w:rPr>
          <w:lang w:val="ru-RU"/>
        </w:rPr>
        <w:t>и</w:t>
      </w:r>
      <w:proofErr w:type="spellEnd"/>
      <w:r w:rsidR="00A32DF7" w:rsidRPr="00437730">
        <w:rPr>
          <w:lang w:val="ru-RU"/>
        </w:rPr>
        <w:t xml:space="preserve">. </w:t>
      </w:r>
    </w:p>
    <w:p w:rsidR="00DE047F" w:rsidRDefault="00DE047F">
      <w:pPr>
        <w:rPr>
          <w:lang w:val="ru-RU"/>
        </w:rPr>
      </w:pPr>
      <w:r>
        <w:rPr>
          <w:lang w:val="ru-RU"/>
        </w:rPr>
        <w:t xml:space="preserve">При запуске установщика в </w:t>
      </w:r>
      <w:r w:rsidR="00A32DF7" w:rsidRPr="00437730">
        <w:rPr>
          <w:lang w:val="ru-RU"/>
        </w:rPr>
        <w:t xml:space="preserve">появившемся меню установки </w:t>
      </w:r>
      <w:r>
        <w:rPr>
          <w:lang w:val="ru-RU"/>
        </w:rPr>
        <w:t xml:space="preserve">нужно достаточно быстро </w:t>
      </w:r>
      <w:r w:rsidR="00A32DF7" w:rsidRPr="00437730">
        <w:rPr>
          <w:lang w:val="ru-RU"/>
        </w:rPr>
        <w:t>выбр</w:t>
      </w:r>
      <w:r>
        <w:rPr>
          <w:lang w:val="ru-RU"/>
        </w:rPr>
        <w:t>ать</w:t>
      </w:r>
      <w:r w:rsidR="00A32DF7" w:rsidRPr="00437730">
        <w:rPr>
          <w:lang w:val="ru-RU"/>
        </w:rPr>
        <w:t xml:space="preserve"> пункт</w:t>
      </w:r>
      <w:r w:rsidR="00A32DF7">
        <w:rPr>
          <w:lang w:val="ru-RU"/>
        </w:rPr>
        <w:t xml:space="preserve"> «Установка»</w:t>
      </w:r>
      <w:r>
        <w:rPr>
          <w:lang w:val="ru-RU"/>
        </w:rPr>
        <w:t>, поскольку</w:t>
      </w:r>
      <w:r w:rsidR="00A32DF7">
        <w:rPr>
          <w:lang w:val="ru-RU"/>
        </w:rPr>
        <w:t xml:space="preserve"> </w:t>
      </w:r>
      <w:r>
        <w:rPr>
          <w:lang w:val="ru-RU"/>
        </w:rPr>
        <w:t>п</w:t>
      </w:r>
      <w:r w:rsidR="00A32DF7">
        <w:rPr>
          <w:lang w:val="ru-RU"/>
        </w:rPr>
        <w:t xml:space="preserve">о умолчанию будет стоять </w:t>
      </w:r>
      <w:r w:rsidR="00A32DF7" w:rsidRPr="00437730">
        <w:rPr>
          <w:lang w:val="ru-RU"/>
        </w:rPr>
        <w:t xml:space="preserve">«Графическая установка», </w:t>
      </w:r>
      <w:r>
        <w:rPr>
          <w:lang w:val="ru-RU"/>
        </w:rPr>
        <w:t>которая нам не нужна.</w:t>
      </w: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DE047F" w:rsidRPr="00655BD7" w:rsidTr="00783FAE">
        <w:trPr>
          <w:jc w:val="center"/>
        </w:trPr>
        <w:tc>
          <w:tcPr>
            <w:tcW w:w="9242" w:type="dxa"/>
            <w:tcBorders>
              <w:top w:val="single" w:sz="10" w:space="0" w:color="63A6C7"/>
              <w:left w:val="single" w:sz="10" w:space="0" w:color="63A6C7"/>
              <w:bottom w:val="single" w:sz="10" w:space="0" w:color="63A6C7"/>
              <w:right w:val="single" w:sz="10" w:space="0" w:color="63A6C7"/>
            </w:tcBorders>
            <w:shd w:val="clear" w:color="auto" w:fill="EAF4F9"/>
          </w:tcPr>
          <w:p w:rsidR="00DE047F" w:rsidRPr="00437730" w:rsidRDefault="00DE047F" w:rsidP="00DE047F">
            <w:pPr>
              <w:rPr>
                <w:lang w:val="ru-RU"/>
              </w:rPr>
            </w:pPr>
            <w:r w:rsidRPr="00437730">
              <w:rPr>
                <w:b/>
                <w:color w:val="0B6FA4"/>
                <w:lang w:val="ru-RU"/>
              </w:rPr>
              <w:t>Важно</w:t>
            </w:r>
            <w:r w:rsidRPr="00437730">
              <w:rPr>
                <w:b/>
                <w:color w:val="0B6FA4"/>
                <w:lang w:val="ru-RU"/>
              </w:rPr>
              <w:br/>
            </w:r>
            <w:r>
              <w:rPr>
                <w:lang w:val="ru-RU"/>
              </w:rPr>
              <w:t>При установке системы не должно быть доступа к сети интернет</w:t>
            </w:r>
            <w:r w:rsidRPr="00437730">
              <w:rPr>
                <w:lang w:val="ru-RU"/>
              </w:rPr>
              <w:t>.</w:t>
            </w:r>
          </w:p>
        </w:tc>
      </w:tr>
    </w:tbl>
    <w:p w:rsidR="00DE047F" w:rsidRPr="00437730" w:rsidRDefault="00DE047F" w:rsidP="00DE047F">
      <w:pPr>
        <w:spacing w:after="20"/>
        <w:rPr>
          <w:lang w:val="ru-RU"/>
        </w:rPr>
      </w:pPr>
    </w:p>
    <w:p w:rsidR="002F6312" w:rsidRPr="00437730" w:rsidRDefault="00A32DF7">
      <w:pPr>
        <w:pStyle w:val="Heading1"/>
        <w:rPr>
          <w:lang w:val="ru-RU"/>
        </w:rPr>
      </w:pPr>
      <w:r w:rsidRPr="00437730">
        <w:rPr>
          <w:lang w:val="ru-RU"/>
        </w:rPr>
        <w:t>Шаг 4. Лицензионное соглашение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>Ознакомьтесь с лицензионным соглашением. Для продолжения установки примите его условия и нажмите «Продолжить».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>
      <w:pPr>
        <w:pStyle w:val="Heading1"/>
        <w:rPr>
          <w:lang w:val="ru-RU"/>
        </w:rPr>
      </w:pPr>
      <w:r w:rsidRPr="00437730">
        <w:rPr>
          <w:lang w:val="ru-RU"/>
        </w:rPr>
        <w:lastRenderedPageBreak/>
        <w:t>Шаг 5. Настройка клавиатуры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 xml:space="preserve">Выберите удобный способ переключения между русской и латинской раскладкой клавиатуры. В примере используется сочетание </w:t>
      </w:r>
      <w:r>
        <w:t>Alt</w:t>
      </w:r>
      <w:r w:rsidRPr="00437730">
        <w:rPr>
          <w:lang w:val="ru-RU"/>
        </w:rPr>
        <w:t>+</w:t>
      </w:r>
      <w:r>
        <w:t>Shift</w:t>
      </w:r>
      <w:r w:rsidRPr="00437730">
        <w:rPr>
          <w:lang w:val="ru-RU"/>
        </w:rPr>
        <w:t>. После выбора нажмите «Продолжить».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>
      <w:pPr>
        <w:spacing w:before="60" w:after="160"/>
        <w:rPr>
          <w:lang w:val="ru-RU"/>
        </w:rPr>
      </w:pPr>
      <w:r>
        <w:rPr>
          <w:lang w:val="ru-RU"/>
        </w:rPr>
        <w:t xml:space="preserve">Ждем, пока идет загрузка и в процессе загрузки будет вопрос про </w:t>
      </w:r>
      <w:r>
        <w:t>DHCP</w:t>
      </w:r>
      <w:r w:rsidRPr="00437730">
        <w:rPr>
          <w:lang w:val="ru-RU"/>
        </w:rPr>
        <w:t xml:space="preserve">. </w:t>
      </w:r>
      <w:r>
        <w:rPr>
          <w:lang w:val="ru-RU"/>
        </w:rPr>
        <w:t xml:space="preserve">Отказаться от </w:t>
      </w:r>
      <w:proofErr w:type="gramStart"/>
      <w:r>
        <w:t>DHCP</w:t>
      </w:r>
      <w:r w:rsidRPr="00437730">
        <w:rPr>
          <w:lang w:val="ru-RU"/>
        </w:rPr>
        <w:t xml:space="preserve"> ,</w:t>
      </w:r>
      <w:proofErr w:type="gramEnd"/>
      <w:r w:rsidRPr="00437730">
        <w:rPr>
          <w:lang w:val="ru-RU"/>
        </w:rPr>
        <w:t xml:space="preserve"> </w:t>
      </w:r>
      <w:r>
        <w:rPr>
          <w:lang w:val="ru-RU"/>
        </w:rPr>
        <w:t xml:space="preserve">нажать «Продолжить» и выбрать Настройку вручную. Затем последовательно задать </w:t>
      </w:r>
      <w:r>
        <w:t>IP</w:t>
      </w:r>
      <w:r w:rsidRPr="00437730">
        <w:rPr>
          <w:lang w:val="ru-RU"/>
        </w:rPr>
        <w:t>-</w:t>
      </w:r>
      <w:r>
        <w:rPr>
          <w:lang w:val="ru-RU"/>
        </w:rPr>
        <w:t xml:space="preserve">адрес, Маску, Шлюз и </w:t>
      </w:r>
      <w:r>
        <w:t>DNS</w:t>
      </w:r>
      <w:r w:rsidRPr="00437730">
        <w:rPr>
          <w:lang w:val="ru-RU"/>
        </w:rPr>
        <w:t>.</w:t>
      </w:r>
      <w:r w:rsidRPr="00437730">
        <w:rPr>
          <w:lang w:val="ru-RU"/>
        </w:rPr>
        <w:br/>
      </w:r>
    </w:p>
    <w:p w:rsidR="002F6312" w:rsidRPr="00437730" w:rsidRDefault="002F6312">
      <w:pPr>
        <w:spacing w:before="60" w:after="160"/>
        <w:jc w:val="center"/>
        <w:rPr>
          <w:lang w:val="ru-RU"/>
        </w:rPr>
      </w:pP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6. Имя компьютера</w:t>
      </w:r>
    </w:p>
    <w:p w:rsidR="002F6312" w:rsidRDefault="00A32DF7">
      <w:r w:rsidRPr="00437730">
        <w:rPr>
          <w:lang w:val="ru-RU"/>
        </w:rPr>
        <w:t xml:space="preserve">Укажите имя компьютера. Оно используется для идентификации компьютера в локальной сети. Если специальных требований нет, можно использовать короткое имя латинскими буквами, например </w:t>
      </w:r>
      <w:proofErr w:type="spellStart"/>
      <w:r>
        <w:t>astra</w:t>
      </w:r>
      <w:proofErr w:type="spellEnd"/>
      <w:r w:rsidRPr="00437730">
        <w:rPr>
          <w:lang w:val="ru-RU"/>
        </w:rPr>
        <w:t xml:space="preserve">. </w:t>
      </w:r>
      <w:r>
        <w:rPr>
          <w:lang w:val="ru-RU"/>
        </w:rPr>
        <w:t>Также задать имя домена.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7. Имя пользователя</w:t>
      </w:r>
    </w:p>
    <w:p w:rsidR="002F6312" w:rsidRDefault="00A32DF7">
      <w:r w:rsidRPr="00437730">
        <w:rPr>
          <w:lang w:val="ru-RU"/>
        </w:rPr>
        <w:t xml:space="preserve">Создайте учётную запись администратора. Имя учётной записи рекомендуется вводить латинскими буквами без пробелов. </w:t>
      </w:r>
      <w:proofErr w:type="spellStart"/>
      <w:r>
        <w:t>Запомните</w:t>
      </w:r>
      <w:proofErr w:type="spellEnd"/>
      <w:r>
        <w:t xml:space="preserve"> </w:t>
      </w:r>
      <w:proofErr w:type="spellStart"/>
      <w:r>
        <w:t>его</w:t>
      </w:r>
      <w:proofErr w:type="spellEnd"/>
      <w:r>
        <w:t xml:space="preserve"> — </w:t>
      </w:r>
      <w:proofErr w:type="spellStart"/>
      <w:r>
        <w:t>оно</w:t>
      </w:r>
      <w:proofErr w:type="spellEnd"/>
      <w:r>
        <w:t xml:space="preserve"> </w:t>
      </w:r>
      <w:proofErr w:type="spellStart"/>
      <w:r>
        <w:t>понадобится</w:t>
      </w:r>
      <w:proofErr w:type="spellEnd"/>
      <w:r>
        <w:t xml:space="preserve"> </w:t>
      </w:r>
      <w:proofErr w:type="spellStart"/>
      <w:r>
        <w:t>для</w:t>
      </w:r>
      <w:proofErr w:type="spellEnd"/>
      <w:r>
        <w:t xml:space="preserve"> </w:t>
      </w:r>
      <w:proofErr w:type="spellStart"/>
      <w:r>
        <w:t>входа</w:t>
      </w:r>
      <w:proofErr w:type="spellEnd"/>
      <w:r>
        <w:t xml:space="preserve"> в </w:t>
      </w:r>
      <w:proofErr w:type="spellStart"/>
      <w:r>
        <w:t>систему</w:t>
      </w:r>
      <w:proofErr w:type="spellEnd"/>
      <w:r>
        <w:t>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8. Пароль пользователя</w:t>
      </w:r>
    </w:p>
    <w:p w:rsidR="002F6312" w:rsidRDefault="00A32DF7">
      <w:r w:rsidRPr="00437730">
        <w:rPr>
          <w:lang w:val="ru-RU"/>
        </w:rPr>
        <w:t xml:space="preserve">Введите пароль для созданной учётной записи и повторите его во втором поле. </w:t>
      </w:r>
      <w:proofErr w:type="spellStart"/>
      <w:r>
        <w:t>Используйте</w:t>
      </w:r>
      <w:proofErr w:type="spellEnd"/>
      <w:r>
        <w:t xml:space="preserve"> </w:t>
      </w:r>
      <w:proofErr w:type="spellStart"/>
      <w:r>
        <w:t>пароль</w:t>
      </w:r>
      <w:proofErr w:type="spellEnd"/>
      <w:r>
        <w:t xml:space="preserve">, </w:t>
      </w:r>
      <w:proofErr w:type="spellStart"/>
      <w:r>
        <w:t>который</w:t>
      </w:r>
      <w:proofErr w:type="spellEnd"/>
      <w:r>
        <w:t xml:space="preserve"> </w:t>
      </w:r>
      <w:proofErr w:type="spellStart"/>
      <w:r>
        <w:t>сможете</w:t>
      </w:r>
      <w:proofErr w:type="spellEnd"/>
      <w:r>
        <w:t xml:space="preserve"> </w:t>
      </w:r>
      <w:proofErr w:type="spellStart"/>
      <w:r>
        <w:t>запомнить</w:t>
      </w:r>
      <w:proofErr w:type="spellEnd"/>
      <w:r>
        <w:t xml:space="preserve">, </w:t>
      </w:r>
      <w:proofErr w:type="spellStart"/>
      <w:r>
        <w:t>но</w:t>
      </w:r>
      <w:proofErr w:type="spellEnd"/>
      <w:r>
        <w:t xml:space="preserve"> </w:t>
      </w:r>
      <w:proofErr w:type="spellStart"/>
      <w:r>
        <w:t>который</w:t>
      </w:r>
      <w:proofErr w:type="spellEnd"/>
      <w:r>
        <w:t xml:space="preserve"> </w:t>
      </w:r>
      <w:proofErr w:type="spellStart"/>
      <w:r>
        <w:t>трудно</w:t>
      </w:r>
      <w:proofErr w:type="spellEnd"/>
      <w:r>
        <w:t xml:space="preserve"> </w:t>
      </w:r>
      <w:proofErr w:type="spellStart"/>
      <w:r>
        <w:t>подобрать</w:t>
      </w:r>
      <w:proofErr w:type="spellEnd"/>
      <w:r>
        <w:t>.</w:t>
      </w: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2F6312" w:rsidRPr="00655BD7">
        <w:trPr>
          <w:jc w:val="center"/>
        </w:trPr>
        <w:tc>
          <w:tcPr>
            <w:tcW w:w="9242" w:type="dxa"/>
            <w:tcBorders>
              <w:top w:val="single" w:sz="10" w:space="0" w:color="63A6C7"/>
              <w:left w:val="single" w:sz="10" w:space="0" w:color="63A6C7"/>
              <w:bottom w:val="single" w:sz="10" w:space="0" w:color="63A6C7"/>
              <w:right w:val="single" w:sz="10" w:space="0" w:color="63A6C7"/>
            </w:tcBorders>
            <w:shd w:val="clear" w:color="auto" w:fill="EAF4F9"/>
          </w:tcPr>
          <w:p w:rsidR="002F6312" w:rsidRPr="00437730" w:rsidRDefault="00A32DF7">
            <w:pPr>
              <w:rPr>
                <w:lang w:val="ru-RU"/>
              </w:rPr>
            </w:pPr>
            <w:r w:rsidRPr="00437730">
              <w:rPr>
                <w:b/>
                <w:color w:val="0B6FA4"/>
                <w:lang w:val="ru-RU"/>
              </w:rPr>
              <w:t>Важно</w:t>
            </w:r>
            <w:r w:rsidRPr="00437730">
              <w:rPr>
                <w:b/>
                <w:color w:val="0B6FA4"/>
                <w:lang w:val="ru-RU"/>
              </w:rPr>
              <w:br/>
            </w:r>
            <w:r w:rsidRPr="00437730">
              <w:rPr>
                <w:lang w:val="ru-RU"/>
              </w:rPr>
              <w:t xml:space="preserve">Запомните имя пользователя и пароль. Они понадобятся после завершения установки для входа в </w:t>
            </w:r>
            <w:r>
              <w:t>Astra</w:t>
            </w:r>
            <w:r w:rsidRPr="00437730">
              <w:rPr>
                <w:lang w:val="ru-RU"/>
              </w:rPr>
              <w:t xml:space="preserve"> </w:t>
            </w:r>
            <w:r>
              <w:t>Linux</w:t>
            </w:r>
            <w:r w:rsidRPr="00437730">
              <w:rPr>
                <w:lang w:val="ru-RU"/>
              </w:rPr>
              <w:t>.</w:t>
            </w:r>
          </w:p>
        </w:tc>
      </w:tr>
    </w:tbl>
    <w:p w:rsidR="002F6312" w:rsidRPr="00437730" w:rsidRDefault="002F6312">
      <w:pPr>
        <w:spacing w:after="20"/>
        <w:rPr>
          <w:lang w:val="ru-RU"/>
        </w:rPr>
      </w:pP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9. Часовой пояс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>Выберите подходящий часовой пояс и нажмите «Продолжить».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10. Разметка диска</w:t>
      </w:r>
    </w:p>
    <w:p w:rsidR="002F6312" w:rsidRDefault="00A32DF7">
      <w:r w:rsidRPr="00437730">
        <w:rPr>
          <w:lang w:val="ru-RU"/>
        </w:rPr>
        <w:t xml:space="preserve">Для простой установки выберите вариант «Авто - использовать весь диск». </w:t>
      </w:r>
      <w:proofErr w:type="spellStart"/>
      <w:r>
        <w:t>Установщик</w:t>
      </w:r>
      <w:proofErr w:type="spellEnd"/>
      <w:r>
        <w:t xml:space="preserve"> </w:t>
      </w:r>
      <w:proofErr w:type="spellStart"/>
      <w:r>
        <w:t>автоматически</w:t>
      </w:r>
      <w:proofErr w:type="spellEnd"/>
      <w:r>
        <w:t xml:space="preserve"> </w:t>
      </w:r>
      <w:proofErr w:type="spellStart"/>
      <w:r>
        <w:t>создаст</w:t>
      </w:r>
      <w:proofErr w:type="spellEnd"/>
      <w:r>
        <w:t xml:space="preserve"> </w:t>
      </w:r>
      <w:proofErr w:type="spellStart"/>
      <w:r>
        <w:t>необходимые</w:t>
      </w:r>
      <w:proofErr w:type="spellEnd"/>
      <w:r>
        <w:t xml:space="preserve"> </w:t>
      </w:r>
      <w:proofErr w:type="spellStart"/>
      <w:r>
        <w:t>системные</w:t>
      </w:r>
      <w:proofErr w:type="spellEnd"/>
      <w:r>
        <w:t xml:space="preserve"> </w:t>
      </w:r>
      <w:proofErr w:type="spellStart"/>
      <w:r>
        <w:t>разделы</w:t>
      </w:r>
      <w:proofErr w:type="spellEnd"/>
      <w:r>
        <w:t>.</w:t>
      </w: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2F6312" w:rsidRPr="00655BD7">
        <w:trPr>
          <w:jc w:val="center"/>
        </w:trPr>
        <w:tc>
          <w:tcPr>
            <w:tcW w:w="9242" w:type="dxa"/>
            <w:tcBorders>
              <w:top w:val="single" w:sz="10" w:space="0" w:color="E5A442"/>
              <w:left w:val="single" w:sz="10" w:space="0" w:color="E5A442"/>
              <w:bottom w:val="single" w:sz="10" w:space="0" w:color="E5A442"/>
              <w:right w:val="single" w:sz="10" w:space="0" w:color="E5A442"/>
            </w:tcBorders>
            <w:shd w:val="clear" w:color="auto" w:fill="FFF3E0"/>
          </w:tcPr>
          <w:p w:rsidR="002F6312" w:rsidRPr="00437730" w:rsidRDefault="00A32DF7">
            <w:pPr>
              <w:rPr>
                <w:lang w:val="ru-RU"/>
              </w:rPr>
            </w:pPr>
            <w:r w:rsidRPr="00437730">
              <w:rPr>
                <w:b/>
                <w:color w:val="A45D00"/>
                <w:lang w:val="ru-RU"/>
              </w:rPr>
              <w:t>Внимание</w:t>
            </w:r>
            <w:r w:rsidRPr="00437730">
              <w:rPr>
                <w:b/>
                <w:color w:val="A45D00"/>
                <w:lang w:val="ru-RU"/>
              </w:rPr>
              <w:br/>
            </w:r>
            <w:r w:rsidRPr="00437730">
              <w:rPr>
                <w:lang w:val="ru-RU"/>
              </w:rPr>
              <w:t>Этот вариант предназначен для отдельного компьютера или чистого диска. Данные на выбранном диске будут удалены после подтверждения записи изменений.</w:t>
            </w:r>
          </w:p>
        </w:tc>
      </w:tr>
    </w:tbl>
    <w:p w:rsidR="002F6312" w:rsidRPr="00437730" w:rsidRDefault="002F6312">
      <w:pPr>
        <w:spacing w:after="20"/>
        <w:rPr>
          <w:lang w:val="ru-RU"/>
        </w:rPr>
      </w:pP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Default="00A32DF7" w:rsidP="004916C3">
      <w:pPr>
        <w:keepNext/>
      </w:pPr>
      <w:r w:rsidRPr="00437730">
        <w:rPr>
          <w:lang w:val="ru-RU"/>
        </w:rPr>
        <w:lastRenderedPageBreak/>
        <w:t xml:space="preserve">Выберите диск, на который будет установлена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 xml:space="preserve"> </w:t>
      </w:r>
      <w:r>
        <w:rPr>
          <w:lang w:val="ru-RU"/>
        </w:rPr>
        <w:t xml:space="preserve">(именно диск, а не вашу установочную </w:t>
      </w:r>
      <w:proofErr w:type="spellStart"/>
      <w:r>
        <w:rPr>
          <w:lang w:val="ru-RU"/>
        </w:rPr>
        <w:t>флешку</w:t>
      </w:r>
      <w:proofErr w:type="spellEnd"/>
      <w:r>
        <w:rPr>
          <w:lang w:val="ru-RU"/>
        </w:rPr>
        <w:t>)</w:t>
      </w:r>
      <w:r w:rsidRPr="00437730">
        <w:rPr>
          <w:lang w:val="ru-RU"/>
        </w:rPr>
        <w:t xml:space="preserve">. </w:t>
      </w:r>
      <w:proofErr w:type="spellStart"/>
      <w:r>
        <w:t>Если</w:t>
      </w:r>
      <w:proofErr w:type="spellEnd"/>
      <w:r>
        <w:t xml:space="preserve"> в </w:t>
      </w:r>
      <w:proofErr w:type="spellStart"/>
      <w:r>
        <w:t>компьютере</w:t>
      </w:r>
      <w:proofErr w:type="spellEnd"/>
      <w:r>
        <w:t xml:space="preserve"> </w:t>
      </w:r>
      <w:proofErr w:type="spellStart"/>
      <w:r>
        <w:t>несколько</w:t>
      </w:r>
      <w:proofErr w:type="spellEnd"/>
      <w:r>
        <w:t xml:space="preserve"> </w:t>
      </w:r>
      <w:proofErr w:type="spellStart"/>
      <w:r>
        <w:t>дисков</w:t>
      </w:r>
      <w:proofErr w:type="spellEnd"/>
      <w:r>
        <w:t xml:space="preserve">, </w:t>
      </w:r>
      <w:proofErr w:type="spellStart"/>
      <w:r>
        <w:t>внимательно</w:t>
      </w:r>
      <w:proofErr w:type="spellEnd"/>
      <w:r>
        <w:t xml:space="preserve"> </w:t>
      </w:r>
      <w:proofErr w:type="spellStart"/>
      <w:r>
        <w:t>проверьте</w:t>
      </w:r>
      <w:proofErr w:type="spellEnd"/>
      <w:r>
        <w:t xml:space="preserve"> </w:t>
      </w:r>
      <w:proofErr w:type="spellStart"/>
      <w:r>
        <w:t>выбранный</w:t>
      </w:r>
      <w:proofErr w:type="spellEnd"/>
      <w:r>
        <w:t xml:space="preserve"> </w:t>
      </w:r>
      <w:proofErr w:type="spellStart"/>
      <w:r>
        <w:t>накопитель</w:t>
      </w:r>
      <w:proofErr w:type="spellEnd"/>
      <w:r>
        <w:t>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keepNext/>
        <w:rPr>
          <w:lang w:val="ru-RU"/>
        </w:rPr>
      </w:pPr>
      <w:r>
        <w:rPr>
          <w:lang w:val="ru-RU"/>
        </w:rPr>
        <w:lastRenderedPageBreak/>
        <w:t xml:space="preserve">Далее в «Схеме </w:t>
      </w:r>
      <w:proofErr w:type="gramStart"/>
      <w:r>
        <w:rPr>
          <w:lang w:val="ru-RU"/>
        </w:rPr>
        <w:t>разметки »</w:t>
      </w:r>
      <w:proofErr w:type="gramEnd"/>
      <w:r>
        <w:rPr>
          <w:lang w:val="ru-RU"/>
        </w:rPr>
        <w:t xml:space="preserve"> д</w:t>
      </w:r>
      <w:r w:rsidRPr="00437730">
        <w:rPr>
          <w:lang w:val="ru-RU"/>
        </w:rPr>
        <w:t>ля упрощённой установки выберите «Все файлы в одном разделе (рекомендуется новичкам)».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keepNext/>
        <w:rPr>
          <w:lang w:val="ru-RU"/>
        </w:rPr>
      </w:pPr>
      <w:r w:rsidRPr="00437730">
        <w:rPr>
          <w:lang w:val="ru-RU"/>
        </w:rPr>
        <w:lastRenderedPageBreak/>
        <w:t xml:space="preserve">Когда установщик предложит </w:t>
      </w:r>
      <w:r>
        <w:rPr>
          <w:lang w:val="ru-RU"/>
        </w:rPr>
        <w:t xml:space="preserve">закончить разметку и </w:t>
      </w:r>
      <w:r w:rsidRPr="00437730">
        <w:rPr>
          <w:lang w:val="ru-RU"/>
        </w:rPr>
        <w:t xml:space="preserve">записать изменения на диск, выберите «Да» и продолжите.  </w:t>
      </w:r>
      <w:r>
        <w:rPr>
          <w:lang w:val="ru-RU"/>
        </w:rPr>
        <w:t xml:space="preserve">В процессе установки надо будет выбрать ядро для установки. Выбираем самую новую версию, </w:t>
      </w:r>
      <w:proofErr w:type="gramStart"/>
      <w:r>
        <w:rPr>
          <w:lang w:val="ru-RU"/>
        </w:rPr>
        <w:t xml:space="preserve">например  </w:t>
      </w:r>
      <w:r w:rsidRPr="004916C3">
        <w:rPr>
          <w:lang w:val="ru-RU"/>
        </w:rPr>
        <w:t>Linux</w:t>
      </w:r>
      <w:proofErr w:type="gramEnd"/>
      <w:r w:rsidRPr="00437730">
        <w:rPr>
          <w:lang w:val="ru-RU"/>
        </w:rPr>
        <w:t xml:space="preserve"> – 6.12 – </w:t>
      </w:r>
      <w:r w:rsidRPr="004916C3">
        <w:rPr>
          <w:lang w:val="ru-RU"/>
        </w:rPr>
        <w:t>generic</w:t>
      </w:r>
      <w:r w:rsidRPr="00437730">
        <w:rPr>
          <w:lang w:val="ru-RU"/>
        </w:rPr>
        <w:t>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keepNext/>
        <w:rPr>
          <w:lang w:val="ru-RU"/>
        </w:rPr>
      </w:pPr>
      <w:r w:rsidRPr="00437730">
        <w:rPr>
          <w:lang w:val="ru-RU"/>
        </w:rPr>
        <w:lastRenderedPageBreak/>
        <w:t>Проверьте итоговую схему разделов и выберите «Закончить разметку и записать изменения на диск».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11. Выбор программного обеспечения</w:t>
      </w:r>
    </w:p>
    <w:p w:rsidR="002F6312" w:rsidRDefault="00A32DF7">
      <w:r w:rsidRPr="00437730">
        <w:rPr>
          <w:lang w:val="ru-RU"/>
        </w:rPr>
        <w:t xml:space="preserve">На этом шаге выберите наборы программного обеспечения, которые должны быть установлены вместе с системой. </w:t>
      </w:r>
      <w:proofErr w:type="spellStart"/>
      <w:r>
        <w:t>Используйте</w:t>
      </w:r>
      <w:proofErr w:type="spellEnd"/>
      <w:r>
        <w:t xml:space="preserve"> </w:t>
      </w:r>
      <w:proofErr w:type="spellStart"/>
      <w:r>
        <w:t>состояние</w:t>
      </w:r>
      <w:proofErr w:type="spellEnd"/>
      <w:r>
        <w:t xml:space="preserve"> </w:t>
      </w:r>
      <w:proofErr w:type="spellStart"/>
      <w:r>
        <w:t>пунктов</w:t>
      </w:r>
      <w:proofErr w:type="spellEnd"/>
      <w:r>
        <w:t xml:space="preserve">, </w:t>
      </w:r>
      <w:proofErr w:type="spellStart"/>
      <w:r>
        <w:t>показанное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иллюстрации</w:t>
      </w:r>
      <w:proofErr w:type="spellEnd"/>
      <w:r>
        <w:t xml:space="preserve"> </w:t>
      </w:r>
      <w:proofErr w:type="spellStart"/>
      <w:r>
        <w:t>ниже</w:t>
      </w:r>
      <w:proofErr w:type="spellEnd"/>
      <w:r>
        <w:t>.</w:t>
      </w:r>
    </w:p>
    <w:tbl>
      <w:tblPr>
        <w:tblW w:w="9242" w:type="dxa"/>
        <w:jc w:val="center"/>
        <w:tblLayout w:type="fixed"/>
        <w:tblLook w:val="04A0" w:firstRow="1" w:lastRow="0" w:firstColumn="1" w:lastColumn="0" w:noHBand="0" w:noVBand="1"/>
      </w:tblPr>
      <w:tblGrid>
        <w:gridCol w:w="9242"/>
      </w:tblGrid>
      <w:tr w:rsidR="002F6312" w:rsidRPr="00655BD7">
        <w:trPr>
          <w:jc w:val="center"/>
        </w:trPr>
        <w:tc>
          <w:tcPr>
            <w:tcW w:w="9242" w:type="dxa"/>
            <w:tcBorders>
              <w:top w:val="single" w:sz="10" w:space="0" w:color="63A6C7"/>
              <w:left w:val="single" w:sz="10" w:space="0" w:color="63A6C7"/>
              <w:bottom w:val="single" w:sz="10" w:space="0" w:color="63A6C7"/>
              <w:right w:val="single" w:sz="10" w:space="0" w:color="63A6C7"/>
            </w:tcBorders>
            <w:shd w:val="clear" w:color="auto" w:fill="EAF4F9"/>
          </w:tcPr>
          <w:p w:rsidR="002F6312" w:rsidRPr="00437730" w:rsidRDefault="00A32DF7">
            <w:pPr>
              <w:rPr>
                <w:lang w:val="ru-RU"/>
              </w:rPr>
            </w:pPr>
            <w:r w:rsidRPr="00437730">
              <w:rPr>
                <w:b/>
                <w:color w:val="0B6FA4"/>
                <w:lang w:val="ru-RU"/>
              </w:rPr>
              <w:t>Важно</w:t>
            </w:r>
            <w:r w:rsidRPr="00437730">
              <w:rPr>
                <w:b/>
                <w:color w:val="0B6FA4"/>
                <w:lang w:val="ru-RU"/>
              </w:rPr>
              <w:br/>
            </w:r>
            <w:r w:rsidRPr="00437730">
              <w:rPr>
                <w:lang w:val="ru-RU"/>
              </w:rPr>
              <w:t xml:space="preserve">Пункт «Графический интерфейс </w:t>
            </w:r>
            <w:r>
              <w:t>Fly</w:t>
            </w:r>
            <w:r w:rsidRPr="00437730">
              <w:rPr>
                <w:lang w:val="ru-RU"/>
              </w:rPr>
              <w:t>» должен быть оставлен без галочки.</w:t>
            </w:r>
          </w:p>
        </w:tc>
      </w:tr>
    </w:tbl>
    <w:p w:rsidR="002F6312" w:rsidRPr="00437730" w:rsidRDefault="002F6312">
      <w:pPr>
        <w:spacing w:after="20"/>
        <w:rPr>
          <w:lang w:val="ru-RU"/>
        </w:rPr>
      </w:pPr>
    </w:p>
    <w:p w:rsidR="002F6312" w:rsidRPr="00655BD7" w:rsidRDefault="002F6312">
      <w:pPr>
        <w:spacing w:before="60" w:after="160"/>
        <w:jc w:val="center"/>
        <w:rPr>
          <w:lang w:val="ru-RU"/>
        </w:rPr>
      </w:pPr>
    </w:p>
    <w:p w:rsidR="00437730" w:rsidRDefault="00D11975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6259830" cy="466598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еее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9830" cy="4665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975" w:rsidRDefault="00D11975" w:rsidP="00D11975">
      <w:pPr>
        <w:rPr>
          <w:lang w:val="ru-RU"/>
        </w:rPr>
      </w:pPr>
      <w:r>
        <w:rPr>
          <w:lang w:val="ru-RU"/>
        </w:rPr>
        <w:t xml:space="preserve">Обязательно нужно выбрать пункты «Консольные утилиты» и «Средства удаленного подключения </w:t>
      </w:r>
      <w:r>
        <w:t>SSH</w:t>
      </w:r>
      <w:r>
        <w:rPr>
          <w:lang w:val="ru-RU"/>
        </w:rPr>
        <w:t>»</w:t>
      </w:r>
      <w:r w:rsidR="00437730" w:rsidRPr="00D11975">
        <w:rPr>
          <w:lang w:val="ru-RU"/>
        </w:rPr>
        <w:t>.</w:t>
      </w:r>
      <w:r>
        <w:rPr>
          <w:lang w:val="ru-RU"/>
        </w:rPr>
        <w:t xml:space="preserve"> </w:t>
      </w:r>
    </w:p>
    <w:p w:rsidR="00437730" w:rsidRPr="00D11975" w:rsidRDefault="00D11975" w:rsidP="00D11975">
      <w:pPr>
        <w:rPr>
          <w:lang w:val="ru-RU"/>
        </w:rPr>
      </w:pPr>
      <w:r>
        <w:rPr>
          <w:lang w:val="ru-RU"/>
        </w:rPr>
        <w:t xml:space="preserve">Пункт «Средства фильтрации сетевых пакетов </w:t>
      </w:r>
      <w:proofErr w:type="spellStart"/>
      <w:r>
        <w:t>ufw</w:t>
      </w:r>
      <w:proofErr w:type="spellEnd"/>
      <w:r>
        <w:rPr>
          <w:lang w:val="ru-RU"/>
        </w:rPr>
        <w:t xml:space="preserve">» нужна выбрать, если обязательно использование системного </w:t>
      </w:r>
      <w:r>
        <w:t>firewall</w:t>
      </w:r>
      <w:r>
        <w:rPr>
          <w:lang w:val="ru-RU"/>
        </w:rPr>
        <w:t>.</w:t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12. Выбор версии операционной системы</w:t>
      </w:r>
    </w:p>
    <w:p w:rsidR="002F6312" w:rsidRDefault="00A32DF7">
      <w:r w:rsidRPr="00437730">
        <w:rPr>
          <w:lang w:val="ru-RU"/>
        </w:rPr>
        <w:t xml:space="preserve">Выберите вариант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 xml:space="preserve"> в соответствии с используемой лицензией.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иллюстрации</w:t>
      </w:r>
      <w:proofErr w:type="spellEnd"/>
      <w:r>
        <w:t xml:space="preserve"> </w:t>
      </w:r>
      <w:proofErr w:type="spellStart"/>
      <w:r>
        <w:t>показан</w:t>
      </w:r>
      <w:proofErr w:type="spellEnd"/>
      <w:r>
        <w:t xml:space="preserve"> </w:t>
      </w:r>
      <w:proofErr w:type="spellStart"/>
      <w:r>
        <w:t>базовый</w:t>
      </w:r>
      <w:proofErr w:type="spellEnd"/>
      <w:r>
        <w:t xml:space="preserve"> </w:t>
      </w:r>
      <w:proofErr w:type="spellStart"/>
      <w:r>
        <w:t>уровень</w:t>
      </w:r>
      <w:proofErr w:type="spellEnd"/>
      <w:r>
        <w:t xml:space="preserve"> </w:t>
      </w:r>
      <w:proofErr w:type="spellStart"/>
      <w:r>
        <w:t>защищённости</w:t>
      </w:r>
      <w:proofErr w:type="spellEnd"/>
      <w:r>
        <w:t xml:space="preserve"> «</w:t>
      </w:r>
      <w:proofErr w:type="spellStart"/>
      <w:r>
        <w:t>Орёл</w:t>
      </w:r>
      <w:proofErr w:type="spellEnd"/>
      <w:r>
        <w:t>».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13. Дополнительные настройки</w:t>
      </w:r>
    </w:p>
    <w:p w:rsidR="00D11975" w:rsidRDefault="00A32DF7">
      <w:pPr>
        <w:rPr>
          <w:lang w:val="ru-RU"/>
        </w:rPr>
      </w:pPr>
      <w:r w:rsidRPr="00437730">
        <w:rPr>
          <w:lang w:val="ru-RU"/>
        </w:rPr>
        <w:t xml:space="preserve">На этом этапе можно включить или отключить дополнительные параметры операционной системы. </w:t>
      </w:r>
      <w:r w:rsidR="00D11975">
        <w:rPr>
          <w:lang w:val="ru-RU"/>
        </w:rPr>
        <w:t xml:space="preserve">Рекомендуется включить галочку «Запрос пароля для команды </w:t>
      </w:r>
      <w:proofErr w:type="spellStart"/>
      <w:r w:rsidR="00D11975">
        <w:t>sudo</w:t>
      </w:r>
      <w:proofErr w:type="spellEnd"/>
      <w:r w:rsidR="00D11975">
        <w:rPr>
          <w:lang w:val="ru-RU"/>
        </w:rPr>
        <w:t>»</w:t>
      </w:r>
      <w:r w:rsidR="00D11975" w:rsidRPr="00D11975">
        <w:rPr>
          <w:lang w:val="ru-RU"/>
        </w:rPr>
        <w:t>.</w:t>
      </w:r>
    </w:p>
    <w:p w:rsidR="00D11975" w:rsidRPr="00437730" w:rsidRDefault="00A32DF7">
      <w:pPr>
        <w:rPr>
          <w:lang w:val="ru-RU"/>
        </w:rPr>
      </w:pPr>
      <w:r w:rsidRPr="00437730">
        <w:rPr>
          <w:lang w:val="ru-RU"/>
        </w:rPr>
        <w:t>Если специальных требований нет, оставьте параметры в состоянии, предусмотренном установщиком, и продолжите.</w:t>
      </w:r>
    </w:p>
    <w:p w:rsidR="002F6312" w:rsidRDefault="00D11975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34000" cy="41904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еее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4000" cy="419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975" w:rsidRPr="00D11975" w:rsidRDefault="00D11975" w:rsidP="00D11975">
      <w:pPr>
        <w:rPr>
          <w:lang w:val="ru-RU"/>
        </w:rPr>
      </w:pP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 xml:space="preserve">Шаг 14. Установка загрузчика </w:t>
      </w:r>
      <w:r w:rsidRPr="004916C3">
        <w:rPr>
          <w:lang w:val="ru-RU"/>
        </w:rPr>
        <w:t>GRUB</w:t>
      </w:r>
    </w:p>
    <w:p w:rsidR="002F6312" w:rsidRPr="00437730" w:rsidRDefault="00A32DF7">
      <w:pPr>
        <w:rPr>
          <w:lang w:val="ru-RU"/>
        </w:rPr>
      </w:pPr>
      <w:r w:rsidRPr="00437730">
        <w:rPr>
          <w:lang w:val="ru-RU"/>
        </w:rPr>
        <w:t xml:space="preserve">Так как инструкция рассчитана на компьютер с одной операционной системой, разрешите установку системного загрузчика </w:t>
      </w:r>
      <w:r>
        <w:t>GRUB</w:t>
      </w:r>
      <w:r w:rsidRPr="00437730">
        <w:rPr>
          <w:lang w:val="ru-RU"/>
        </w:rPr>
        <w:t xml:space="preserve"> на жёсткий диск, выбрав «Да».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Default="00A32DF7" w:rsidP="004916C3">
      <w:pPr>
        <w:keepNext/>
      </w:pPr>
      <w:r w:rsidRPr="00437730">
        <w:rPr>
          <w:lang w:val="ru-RU"/>
        </w:rPr>
        <w:lastRenderedPageBreak/>
        <w:t xml:space="preserve">Если установщик предложит задать пароль загрузчика </w:t>
      </w:r>
      <w:r>
        <w:t>GRUB</w:t>
      </w:r>
      <w:r w:rsidRPr="00437730">
        <w:rPr>
          <w:lang w:val="ru-RU"/>
        </w:rPr>
        <w:t xml:space="preserve">, введите его и затем повторите для подтверждения. </w:t>
      </w:r>
      <w:proofErr w:type="spellStart"/>
      <w:r>
        <w:t>Сохраните</w:t>
      </w:r>
      <w:proofErr w:type="spellEnd"/>
      <w:r>
        <w:t xml:space="preserve"> </w:t>
      </w:r>
      <w:proofErr w:type="spellStart"/>
      <w:r>
        <w:t>этот</w:t>
      </w:r>
      <w:proofErr w:type="spellEnd"/>
      <w:r>
        <w:t xml:space="preserve"> </w:t>
      </w:r>
      <w:proofErr w:type="spellStart"/>
      <w:r>
        <w:t>пароль</w:t>
      </w:r>
      <w:proofErr w:type="spellEnd"/>
      <w:r>
        <w:t>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 w:rsidP="004916C3">
      <w:pPr>
        <w:pStyle w:val="Heading1"/>
        <w:pageBreakBefore/>
        <w:rPr>
          <w:lang w:val="ru-RU"/>
        </w:rPr>
      </w:pPr>
      <w:r w:rsidRPr="00437730">
        <w:rPr>
          <w:lang w:val="ru-RU"/>
        </w:rPr>
        <w:lastRenderedPageBreak/>
        <w:t>Шаг 15. Завершение установки</w:t>
      </w:r>
    </w:p>
    <w:p w:rsidR="002F6312" w:rsidRDefault="00A32DF7">
      <w:r w:rsidRPr="00437730">
        <w:rPr>
          <w:lang w:val="ru-RU"/>
        </w:rPr>
        <w:t xml:space="preserve">После завершения копирования и настройки файлов установщик сообщит об окончании установки. </w:t>
      </w:r>
      <w:proofErr w:type="spellStart"/>
      <w:r>
        <w:t>Извлеките</w:t>
      </w:r>
      <w:proofErr w:type="spellEnd"/>
      <w:r>
        <w:t xml:space="preserve"> </w:t>
      </w:r>
      <w:proofErr w:type="spellStart"/>
      <w:r>
        <w:t>установочную</w:t>
      </w:r>
      <w:proofErr w:type="spellEnd"/>
      <w:r>
        <w:t xml:space="preserve"> </w:t>
      </w:r>
      <w:proofErr w:type="spellStart"/>
      <w:r>
        <w:t>флешку</w:t>
      </w:r>
      <w:proofErr w:type="spellEnd"/>
      <w:r>
        <w:t xml:space="preserve"> и </w:t>
      </w:r>
      <w:proofErr w:type="spellStart"/>
      <w:r>
        <w:t>нажмите</w:t>
      </w:r>
      <w:proofErr w:type="spellEnd"/>
      <w:r>
        <w:t xml:space="preserve"> «</w:t>
      </w:r>
      <w:proofErr w:type="spellStart"/>
      <w:r>
        <w:t>Продолжить</w:t>
      </w:r>
      <w:proofErr w:type="spellEnd"/>
      <w:r>
        <w:t xml:space="preserve">». </w:t>
      </w:r>
      <w:proofErr w:type="spellStart"/>
      <w:r>
        <w:t>Компьютер</w:t>
      </w:r>
      <w:proofErr w:type="spellEnd"/>
      <w:r>
        <w:t xml:space="preserve"> </w:t>
      </w:r>
      <w:proofErr w:type="spellStart"/>
      <w:r>
        <w:t>перезагрузится</w:t>
      </w:r>
      <w:proofErr w:type="spellEnd"/>
      <w:r>
        <w:t>.</w:t>
      </w:r>
    </w:p>
    <w:p w:rsidR="002F6312" w:rsidRDefault="00A32DF7">
      <w:pPr>
        <w:spacing w:before="60" w:after="16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652135" cy="420433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35" cy="420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12" w:rsidRPr="00437730" w:rsidRDefault="00A32DF7">
      <w:pPr>
        <w:pStyle w:val="Heading1"/>
        <w:rPr>
          <w:lang w:val="ru-RU"/>
        </w:rPr>
      </w:pPr>
      <w:r w:rsidRPr="00437730">
        <w:rPr>
          <w:lang w:val="ru-RU"/>
        </w:rPr>
        <w:t>После установки</w:t>
      </w:r>
    </w:p>
    <w:p w:rsidR="002F6312" w:rsidRDefault="00A32DF7">
      <w:pPr>
        <w:rPr>
          <w:lang w:val="ru-RU"/>
        </w:rPr>
      </w:pPr>
      <w:r w:rsidRPr="00437730">
        <w:rPr>
          <w:lang w:val="ru-RU"/>
        </w:rPr>
        <w:t xml:space="preserve">Установка </w:t>
      </w:r>
      <w:r>
        <w:t>Astra</w:t>
      </w:r>
      <w:r w:rsidRPr="00437730">
        <w:rPr>
          <w:lang w:val="ru-RU"/>
        </w:rPr>
        <w:t xml:space="preserve"> </w:t>
      </w:r>
      <w:r>
        <w:t>Linux</w:t>
      </w:r>
      <w:r w:rsidRPr="00437730">
        <w:rPr>
          <w:lang w:val="ru-RU"/>
        </w:rPr>
        <w:t xml:space="preserve"> завершена. Система готова к дальнейшей настройке и установке необходимого программного обеспечения. Загрузочную </w:t>
      </w:r>
      <w:proofErr w:type="spellStart"/>
      <w:r w:rsidRPr="00437730">
        <w:rPr>
          <w:lang w:val="ru-RU"/>
        </w:rPr>
        <w:t>флешку</w:t>
      </w:r>
      <w:proofErr w:type="spellEnd"/>
      <w:r w:rsidRPr="00437730">
        <w:rPr>
          <w:lang w:val="ru-RU"/>
        </w:rPr>
        <w:t xml:space="preserve"> можно извлечь и сохранить для повторной установки или восстановления системы.</w:t>
      </w:r>
    </w:p>
    <w:p w:rsidR="00A32DF7" w:rsidRPr="00437730" w:rsidRDefault="00A32DF7">
      <w:pPr>
        <w:spacing w:after="20"/>
        <w:rPr>
          <w:lang w:val="ru-RU"/>
        </w:rPr>
      </w:pPr>
    </w:p>
    <w:sectPr w:rsidR="00A32DF7" w:rsidRPr="00437730">
      <w:footerReference w:type="default" r:id="rId26"/>
      <w:pgSz w:w="12240" w:h="15840"/>
      <w:pgMar w:top="1020" w:right="1191" w:bottom="1020" w:left="1191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459" w:rsidRDefault="00A32DF7">
      <w:pPr>
        <w:spacing w:after="0" w:line="240" w:lineRule="auto"/>
      </w:pPr>
      <w:r>
        <w:separator/>
      </w:r>
    </w:p>
  </w:endnote>
  <w:endnote w:type="continuationSeparator" w:id="0">
    <w:p w:rsidR="00533459" w:rsidRDefault="00A32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6312" w:rsidRDefault="00A32DF7">
    <w:pPr>
      <w:pStyle w:val="Footer"/>
      <w:jc w:val="center"/>
    </w:pPr>
    <w:proofErr w:type="spellStart"/>
    <w:r>
      <w:rPr>
        <w:color w:val="787878"/>
        <w:sz w:val="16"/>
      </w:rPr>
      <w:t>Инструкция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по</w:t>
    </w:r>
    <w:proofErr w:type="spellEnd"/>
    <w:r>
      <w:rPr>
        <w:color w:val="787878"/>
        <w:sz w:val="16"/>
      </w:rPr>
      <w:t xml:space="preserve"> </w:t>
    </w:r>
    <w:proofErr w:type="spellStart"/>
    <w:r>
      <w:rPr>
        <w:color w:val="787878"/>
        <w:sz w:val="16"/>
      </w:rPr>
      <w:t>установке</w:t>
    </w:r>
    <w:proofErr w:type="spellEnd"/>
    <w:r>
      <w:rPr>
        <w:color w:val="787878"/>
        <w:sz w:val="16"/>
      </w:rPr>
      <w:t xml:space="preserve"> Astra Linux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459" w:rsidRDefault="00A32DF7">
      <w:pPr>
        <w:spacing w:after="0" w:line="240" w:lineRule="auto"/>
      </w:pPr>
      <w:r>
        <w:separator/>
      </w:r>
    </w:p>
  </w:footnote>
  <w:footnote w:type="continuationSeparator" w:id="0">
    <w:p w:rsidR="00533459" w:rsidRDefault="00A32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1" o:spid="_x0000_i1026" type="#_x0000_t75" style="width:15pt;height:14pt;visibility:visible;mso-wrap-style:square" o:bullet="t">
        <v:imagedata r:id="rId1" o:title=""/>
      </v:shape>
    </w:pict>
  </w:numPicBullet>
  <w:abstractNum w:abstractNumId="0">
    <w:nsid w:val="0CB956CF"/>
    <w:multiLevelType w:val="multilevel"/>
    <w:tmpl w:val="0D2246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C12465"/>
    <w:multiLevelType w:val="multilevel"/>
    <w:tmpl w:val="E95E766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391D3F55"/>
    <w:multiLevelType w:val="multilevel"/>
    <w:tmpl w:val="E2AC7B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45EE7244"/>
    <w:multiLevelType w:val="multilevel"/>
    <w:tmpl w:val="DA98A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4BD7380E"/>
    <w:multiLevelType w:val="multilevel"/>
    <w:tmpl w:val="721E742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55061670"/>
    <w:multiLevelType w:val="multilevel"/>
    <w:tmpl w:val="18224BF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79115CE3"/>
    <w:multiLevelType w:val="multilevel"/>
    <w:tmpl w:val="7E6C52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312"/>
    <w:rsid w:val="002F6312"/>
    <w:rsid w:val="00437730"/>
    <w:rsid w:val="004916C3"/>
    <w:rsid w:val="00533459"/>
    <w:rsid w:val="00655BD7"/>
    <w:rsid w:val="00A32DF7"/>
    <w:rsid w:val="00D11975"/>
    <w:rsid w:val="00DE0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5:docId w15:val="{8CC07005-4318-42B5-90B2-29D3C9582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200" w:line="276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6FA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4F6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E618BF"/>
  </w:style>
  <w:style w:type="character" w:customStyle="1" w:styleId="FooterChar">
    <w:name w:val="Footer Char"/>
    <w:basedOn w:val="DefaultParagraphFont"/>
    <w:link w:val="Footer"/>
    <w:uiPriority w:val="99"/>
    <w:qFormat/>
    <w:rsid w:val="00E618BF"/>
  </w:style>
  <w:style w:type="character" w:customStyle="1" w:styleId="Heading1Char">
    <w:name w:val="Heading 1 Char"/>
    <w:basedOn w:val="DefaultParagraphFont"/>
    <w:link w:val="Heading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AA1D8D"/>
  </w:style>
  <w:style w:type="character" w:customStyle="1" w:styleId="BodyText2Char">
    <w:name w:val="Body Text 2 Char"/>
    <w:basedOn w:val="DefaultParagraphFont"/>
    <w:link w:val="BodyText2"/>
    <w:uiPriority w:val="99"/>
    <w:qFormat/>
    <w:rsid w:val="00AA1D8D"/>
  </w:style>
  <w:style w:type="character" w:customStyle="1" w:styleId="BodyText3Char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customStyle="1" w:styleId="MacroTextChar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Указатель"/>
    <w:basedOn w:val="Normal"/>
    <w:qFormat/>
    <w:pPr>
      <w:suppressLineNumbers/>
    </w:pPr>
    <w:rPr>
      <w:rFonts w:cs="Arial"/>
    </w:rPr>
  </w:style>
  <w:style w:type="paragraph" w:customStyle="1" w:styleId="a1">
    <w:name w:val="Колонтитул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oSpacing">
    <w:name w:val="No Spacing"/>
    <w:uiPriority w:val="1"/>
    <w:qFormat/>
    <w:rsid w:val="00FC693F"/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B6FA4"/>
      <w:spacing w:val="5"/>
      <w:kern w:val="2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qFormat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a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3A5F22-921E-4159-93F2-7EC480CD7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20</Pages>
  <Words>999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Igor G. Tarancev</cp:lastModifiedBy>
  <cp:revision>16</cp:revision>
  <dcterms:created xsi:type="dcterms:W3CDTF">2013-12-23T23:15:00Z</dcterms:created>
  <dcterms:modified xsi:type="dcterms:W3CDTF">2026-10-15T13:00:00Z</dcterms:modified>
  <dc:language>ru-RU</dc:language>
</cp:coreProperties>
</file>