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312" w:rsidRPr="00437730" w:rsidRDefault="00A32DF7">
      <w:pPr>
        <w:spacing w:before="2948"/>
        <w:jc w:val="center"/>
        <w:rPr>
          <w:lang w:val="ru-RU"/>
        </w:rPr>
      </w:pPr>
      <w:r w:rsidRPr="00437730">
        <w:rPr>
          <w:b/>
          <w:color w:val="0B6FA4"/>
          <w:sz w:val="30"/>
          <w:lang w:val="ru-RU"/>
        </w:rPr>
        <w:t>ИНСТРУКЦИЯ</w:t>
      </w:r>
    </w:p>
    <w:p w:rsidR="002F6312" w:rsidRPr="00437730" w:rsidRDefault="00A32DF7">
      <w:pPr>
        <w:pStyle w:val="Title"/>
        <w:jc w:val="center"/>
        <w:rPr>
          <w:lang w:val="ru-RU"/>
        </w:rPr>
      </w:pPr>
      <w:proofErr w:type="gramStart"/>
      <w:r w:rsidRPr="00437730">
        <w:rPr>
          <w:lang w:val="ru-RU"/>
        </w:rPr>
        <w:t>по</w:t>
      </w:r>
      <w:proofErr w:type="gramEnd"/>
      <w:r w:rsidRPr="00437730">
        <w:rPr>
          <w:lang w:val="ru-RU"/>
        </w:rPr>
        <w:t xml:space="preserve"> установке</w:t>
      </w:r>
      <w:r w:rsidR="00507575">
        <w:rPr>
          <w:lang w:val="ru-RU"/>
        </w:rPr>
        <w:br/>
        <w:t>специального ПО</w:t>
      </w:r>
      <w:r w:rsidR="00507575">
        <w:rPr>
          <w:lang w:val="ru-RU"/>
        </w:rPr>
        <w:br/>
        <w:t xml:space="preserve">для работы </w:t>
      </w:r>
      <w:proofErr w:type="spellStart"/>
      <w:r w:rsidR="00507575">
        <w:t>SLAlarmPlayer</w:t>
      </w:r>
      <w:proofErr w:type="spellEnd"/>
      <w:r w:rsidRPr="00437730">
        <w:rPr>
          <w:lang w:val="ru-RU"/>
        </w:rPr>
        <w:br/>
      </w:r>
      <w:r w:rsidR="00507575">
        <w:rPr>
          <w:lang w:val="ru-RU"/>
        </w:rPr>
        <w:t xml:space="preserve">под ОС </w:t>
      </w:r>
      <w:r>
        <w:t>Astra</w:t>
      </w:r>
      <w:r w:rsidRPr="00437730">
        <w:rPr>
          <w:lang w:val="ru-RU"/>
        </w:rPr>
        <w:t xml:space="preserve"> </w:t>
      </w:r>
      <w:r>
        <w:t>Linux</w:t>
      </w:r>
    </w:p>
    <w:p w:rsidR="002F6312" w:rsidRPr="00437730" w:rsidRDefault="00A32DF7">
      <w:pPr>
        <w:spacing w:before="280"/>
        <w:jc w:val="center"/>
        <w:rPr>
          <w:lang w:val="ru-RU"/>
        </w:rPr>
      </w:pPr>
      <w:r w:rsidRPr="00437730">
        <w:rPr>
          <w:color w:val="505050"/>
          <w:sz w:val="26"/>
          <w:lang w:val="ru-RU"/>
        </w:rPr>
        <w:t>Пошаговое руководство для пользователя</w:t>
      </w:r>
    </w:p>
    <w:p w:rsidR="002F6312" w:rsidRPr="004E22DC" w:rsidRDefault="00A32DF7">
      <w:pPr>
        <w:jc w:val="center"/>
        <w:rPr>
          <w:lang w:val="ru-RU"/>
        </w:rPr>
      </w:pPr>
      <w:r w:rsidRPr="004E22DC">
        <w:rPr>
          <w:color w:val="0B6FA4"/>
          <w:lang w:val="ru-RU"/>
        </w:rPr>
        <w:t>━━━━━━━━━━━━━━━━━━━━━━━━━━━━</w:t>
      </w:r>
    </w:p>
    <w:p w:rsidR="002F6312" w:rsidRPr="004E22DC" w:rsidRDefault="00A32DF7">
      <w:pPr>
        <w:rPr>
          <w:lang w:val="ru-RU"/>
        </w:rPr>
      </w:pPr>
      <w:r w:rsidRPr="004E22DC">
        <w:rPr>
          <w:lang w:val="ru-RU"/>
        </w:rPr>
        <w:br w:type="page"/>
      </w:r>
    </w:p>
    <w:p w:rsidR="002F6312" w:rsidRPr="004E22DC" w:rsidRDefault="00A32DF7">
      <w:pPr>
        <w:pStyle w:val="Heading1"/>
        <w:spacing w:before="0"/>
        <w:rPr>
          <w:lang w:val="ru-RU"/>
        </w:rPr>
      </w:pPr>
      <w:r w:rsidRPr="004E22DC">
        <w:rPr>
          <w:lang w:val="ru-RU"/>
        </w:rPr>
        <w:lastRenderedPageBreak/>
        <w:t>Перед началом</w:t>
      </w:r>
    </w:p>
    <w:p w:rsidR="002F6312" w:rsidRPr="00437730" w:rsidRDefault="00A32DF7">
      <w:pPr>
        <w:rPr>
          <w:lang w:val="ru-RU"/>
        </w:rPr>
      </w:pPr>
      <w:r w:rsidRPr="00437730">
        <w:rPr>
          <w:lang w:val="ru-RU"/>
        </w:rPr>
        <w:t xml:space="preserve">В этой инструкции описана установка </w:t>
      </w:r>
      <w:r w:rsidR="00507575">
        <w:rPr>
          <w:lang w:val="ru-RU"/>
        </w:rPr>
        <w:t xml:space="preserve">специального ПО поверх </w:t>
      </w:r>
      <w:r>
        <w:t>Astra</w:t>
      </w:r>
      <w:r w:rsidRPr="00437730">
        <w:rPr>
          <w:lang w:val="ru-RU"/>
        </w:rPr>
        <w:t xml:space="preserve"> </w:t>
      </w:r>
      <w:r>
        <w:t>Linux</w:t>
      </w:r>
      <w:r w:rsidR="00507575">
        <w:rPr>
          <w:lang w:val="ru-RU"/>
        </w:rPr>
        <w:t xml:space="preserve">, установленного на первом этапе из архива </w:t>
      </w:r>
      <w:r w:rsidR="00507575" w:rsidRPr="004E22DC">
        <w:rPr>
          <w:b/>
          <w:color w:val="0B6FA4"/>
        </w:rPr>
        <w:t>Astra</w:t>
      </w:r>
      <w:r w:rsidR="00507575" w:rsidRPr="00507575">
        <w:rPr>
          <w:b/>
          <w:color w:val="0B6FA4"/>
          <w:lang w:val="ru-RU"/>
        </w:rPr>
        <w:t>_1_8_4_48.</w:t>
      </w:r>
      <w:r w:rsidR="00507575" w:rsidRPr="004E22DC">
        <w:rPr>
          <w:b/>
          <w:color w:val="0B6FA4"/>
        </w:rPr>
        <w:t>zip</w:t>
      </w:r>
      <w:r w:rsidRPr="00437730">
        <w:rPr>
          <w:lang w:val="ru-RU"/>
        </w:rPr>
        <w:t xml:space="preserve">. Последовательность действий рассчитана на обычного пользователя и не требует специальных знаний </w:t>
      </w:r>
      <w:r>
        <w:t>Linux</w:t>
      </w:r>
      <w:r w:rsidRPr="00437730">
        <w:rPr>
          <w:lang w:val="ru-RU"/>
        </w:rPr>
        <w:t>.</w:t>
      </w:r>
    </w:p>
    <w:p w:rsidR="002F6312" w:rsidRDefault="00A32DF7">
      <w:proofErr w:type="spellStart"/>
      <w:r>
        <w:t>Для</w:t>
      </w:r>
      <w:proofErr w:type="spellEnd"/>
      <w:r>
        <w:t xml:space="preserve"> </w:t>
      </w:r>
      <w:proofErr w:type="spellStart"/>
      <w:r>
        <w:t>установки</w:t>
      </w:r>
      <w:proofErr w:type="spellEnd"/>
      <w:r>
        <w:t xml:space="preserve"> </w:t>
      </w:r>
      <w:proofErr w:type="spellStart"/>
      <w:r>
        <w:t>понадобятся</w:t>
      </w:r>
      <w:proofErr w:type="spellEnd"/>
      <w:r>
        <w:t>:</w:t>
      </w:r>
    </w:p>
    <w:p w:rsidR="002F6312" w:rsidRPr="00437730" w:rsidRDefault="00A32DF7">
      <w:pPr>
        <w:pStyle w:val="ListBullet"/>
        <w:spacing w:after="60"/>
        <w:rPr>
          <w:lang w:val="ru-RU"/>
        </w:rPr>
      </w:pPr>
      <w:proofErr w:type="gramStart"/>
      <w:r w:rsidRPr="00437730">
        <w:rPr>
          <w:lang w:val="ru-RU"/>
        </w:rPr>
        <w:t>компьютер</w:t>
      </w:r>
      <w:proofErr w:type="gramEnd"/>
      <w:r w:rsidRPr="00437730">
        <w:rPr>
          <w:lang w:val="ru-RU"/>
        </w:rPr>
        <w:t xml:space="preserve"> </w:t>
      </w:r>
      <w:r w:rsidR="00507575">
        <w:rPr>
          <w:lang w:val="ru-RU"/>
        </w:rPr>
        <w:t>с установленной</w:t>
      </w:r>
      <w:r w:rsidRPr="00437730">
        <w:rPr>
          <w:lang w:val="ru-RU"/>
        </w:rPr>
        <w:t xml:space="preserve"> </w:t>
      </w:r>
      <w:r>
        <w:t>Astra</w:t>
      </w:r>
      <w:r w:rsidRPr="00437730">
        <w:rPr>
          <w:lang w:val="ru-RU"/>
        </w:rPr>
        <w:t xml:space="preserve"> </w:t>
      </w:r>
      <w:r>
        <w:t>Linux</w:t>
      </w:r>
      <w:r w:rsidRPr="00437730">
        <w:rPr>
          <w:lang w:val="ru-RU"/>
        </w:rPr>
        <w:t>;</w:t>
      </w:r>
    </w:p>
    <w:p w:rsidR="002F6312" w:rsidRPr="00437730" w:rsidRDefault="00A32DF7">
      <w:pPr>
        <w:pStyle w:val="ListBullet"/>
        <w:spacing w:after="60"/>
        <w:rPr>
          <w:lang w:val="ru-RU"/>
        </w:rPr>
      </w:pPr>
      <w:r>
        <w:t>USB</w:t>
      </w:r>
      <w:r w:rsidRPr="00437730">
        <w:rPr>
          <w:lang w:val="ru-RU"/>
        </w:rPr>
        <w:t>-</w:t>
      </w:r>
      <w:proofErr w:type="spellStart"/>
      <w:r w:rsidRPr="00437730">
        <w:rPr>
          <w:lang w:val="ru-RU"/>
        </w:rPr>
        <w:t>флешка</w:t>
      </w:r>
      <w:proofErr w:type="spellEnd"/>
      <w:r w:rsidRPr="00437730">
        <w:rPr>
          <w:lang w:val="ru-RU"/>
        </w:rPr>
        <w:t xml:space="preserve"> подходящего объёма (рекомендуется не менее 8 ГБ);</w:t>
      </w:r>
    </w:p>
    <w:p w:rsidR="002F6312" w:rsidRPr="00507575" w:rsidRDefault="00A32DF7" w:rsidP="00B337EA">
      <w:pPr>
        <w:pStyle w:val="ListBullet"/>
        <w:spacing w:after="60"/>
        <w:rPr>
          <w:lang w:val="ru-RU"/>
        </w:rPr>
      </w:pPr>
      <w:proofErr w:type="gramStart"/>
      <w:r w:rsidRPr="00507575">
        <w:rPr>
          <w:lang w:val="ru-RU"/>
        </w:rPr>
        <w:t>компьютер</w:t>
      </w:r>
      <w:proofErr w:type="gramEnd"/>
      <w:r w:rsidRPr="00507575">
        <w:rPr>
          <w:lang w:val="ru-RU"/>
        </w:rPr>
        <w:t xml:space="preserve"> с </w:t>
      </w:r>
      <w:r>
        <w:t>Windows</w:t>
      </w:r>
      <w:r w:rsidRPr="00507575">
        <w:rPr>
          <w:lang w:val="ru-RU"/>
        </w:rPr>
        <w:t xml:space="preserve"> для скачивания файлов и подготовки </w:t>
      </w:r>
      <w:proofErr w:type="spellStart"/>
      <w:r w:rsidRPr="00507575">
        <w:rPr>
          <w:lang w:val="ru-RU"/>
        </w:rPr>
        <w:t>флешки</w:t>
      </w:r>
      <w:proofErr w:type="spellEnd"/>
      <w:r w:rsidRPr="00507575">
        <w:rPr>
          <w:lang w:val="ru-RU"/>
        </w:rPr>
        <w:t>.</w:t>
      </w:r>
    </w:p>
    <w:p w:rsidR="002F6312" w:rsidRDefault="002F6312">
      <w:pPr>
        <w:spacing w:after="20"/>
        <w:rPr>
          <w:lang w:val="ru-RU"/>
        </w:rPr>
      </w:pPr>
    </w:p>
    <w:p w:rsidR="00507575" w:rsidRPr="00507575" w:rsidRDefault="00BD5AC8" w:rsidP="00507575">
      <w:pPr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 xml:space="preserve">Вначале необходимо скачать архив, распаковать его на </w:t>
      </w:r>
      <w:proofErr w:type="spellStart"/>
      <w:r>
        <w:rPr>
          <w:rFonts w:ascii="Tahoma" w:hAnsi="Tahoma" w:cs="Tahoma"/>
          <w:lang w:val="ru-RU"/>
        </w:rPr>
        <w:t>флешку</w:t>
      </w:r>
      <w:proofErr w:type="spellEnd"/>
      <w:r>
        <w:rPr>
          <w:rFonts w:ascii="Tahoma" w:hAnsi="Tahoma" w:cs="Tahoma"/>
          <w:lang w:val="ru-RU"/>
        </w:rPr>
        <w:t xml:space="preserve">. </w:t>
      </w:r>
      <w:r w:rsidR="00507575" w:rsidRPr="00507575">
        <w:rPr>
          <w:rFonts w:ascii="Tahoma" w:hAnsi="Tahoma" w:cs="Tahoma"/>
          <w:lang w:val="ru-RU"/>
        </w:rPr>
        <w:t xml:space="preserve">Далее нужно подключить </w:t>
      </w:r>
      <w:proofErr w:type="spellStart"/>
      <w:r w:rsidR="00507575" w:rsidRPr="00507575">
        <w:rPr>
          <w:rFonts w:ascii="Tahoma" w:hAnsi="Tahoma" w:cs="Tahoma"/>
          <w:lang w:val="ru-RU"/>
        </w:rPr>
        <w:t>флешку</w:t>
      </w:r>
      <w:proofErr w:type="spellEnd"/>
      <w:r w:rsidR="00507575" w:rsidRPr="00507575">
        <w:rPr>
          <w:rFonts w:ascii="Tahoma" w:hAnsi="Tahoma" w:cs="Tahoma"/>
          <w:lang w:val="ru-RU"/>
        </w:rPr>
        <w:t xml:space="preserve"> к компьютеру</w:t>
      </w:r>
      <w:r>
        <w:rPr>
          <w:rFonts w:ascii="Tahoma" w:hAnsi="Tahoma" w:cs="Tahoma"/>
          <w:lang w:val="ru-RU"/>
        </w:rPr>
        <w:t xml:space="preserve"> с </w:t>
      </w:r>
      <w:r>
        <w:rPr>
          <w:rFonts w:ascii="Tahoma" w:hAnsi="Tahoma" w:cs="Tahoma"/>
        </w:rPr>
        <w:t>Astra</w:t>
      </w:r>
      <w:r w:rsidRPr="00BD5AC8">
        <w:rPr>
          <w:rFonts w:ascii="Tahoma" w:hAnsi="Tahoma" w:cs="Tahoma"/>
          <w:lang w:val="ru-RU"/>
        </w:rPr>
        <w:t xml:space="preserve"> </w:t>
      </w:r>
      <w:r>
        <w:rPr>
          <w:rFonts w:ascii="Tahoma" w:hAnsi="Tahoma" w:cs="Tahoma"/>
        </w:rPr>
        <w:t>Linux</w:t>
      </w:r>
      <w:r w:rsidR="00507575" w:rsidRPr="00507575">
        <w:rPr>
          <w:rFonts w:ascii="Tahoma" w:hAnsi="Tahoma" w:cs="Tahoma"/>
          <w:lang w:val="ru-RU"/>
        </w:rPr>
        <w:t xml:space="preserve">, </w:t>
      </w:r>
      <w:proofErr w:type="spellStart"/>
      <w:r w:rsidR="00507575" w:rsidRPr="00507575">
        <w:rPr>
          <w:rFonts w:ascii="Tahoma" w:hAnsi="Tahoma" w:cs="Tahoma"/>
          <w:lang w:val="ru-RU"/>
        </w:rPr>
        <w:t>примонтировать</w:t>
      </w:r>
      <w:proofErr w:type="spellEnd"/>
      <w:r w:rsidR="00507575" w:rsidRPr="00507575">
        <w:rPr>
          <w:rFonts w:ascii="Tahoma" w:hAnsi="Tahoma" w:cs="Tahoma"/>
          <w:lang w:val="ru-RU"/>
        </w:rPr>
        <w:t xml:space="preserve"> её, скопировать данные во временную папку и запустить командный файл. По завершению установки командный файл попросит перезапустить ПК.</w:t>
      </w:r>
    </w:p>
    <w:p w:rsidR="00507575" w:rsidRDefault="00507575">
      <w:pPr>
        <w:spacing w:after="20"/>
        <w:rPr>
          <w:lang w:val="ru-RU"/>
        </w:rPr>
      </w:pPr>
      <w:r w:rsidRPr="00507575">
        <w:rPr>
          <w:lang w:val="ru-RU"/>
        </w:rPr>
        <w:t xml:space="preserve">Для выполнения большинства команд вам понадобятся права </w:t>
      </w:r>
      <w:proofErr w:type="spellStart"/>
      <w:r w:rsidRPr="00507575">
        <w:rPr>
          <w:lang w:val="ru-RU"/>
        </w:rPr>
        <w:t>суперпользователя</w:t>
      </w:r>
      <w:proofErr w:type="spellEnd"/>
      <w:r w:rsidRPr="00507575">
        <w:rPr>
          <w:lang w:val="ru-RU"/>
        </w:rPr>
        <w:t xml:space="preserve"> (</w:t>
      </w:r>
      <w:proofErr w:type="spellStart"/>
      <w:r w:rsidRPr="00507575">
        <w:rPr>
          <w:lang w:val="ru-RU"/>
        </w:rPr>
        <w:t>sudo</w:t>
      </w:r>
      <w:proofErr w:type="spellEnd"/>
      <w:r w:rsidRPr="00507575">
        <w:rPr>
          <w:lang w:val="ru-RU"/>
        </w:rPr>
        <w:t>).</w:t>
      </w:r>
    </w:p>
    <w:p w:rsidR="00507575" w:rsidRPr="00437730" w:rsidRDefault="00507575">
      <w:pPr>
        <w:spacing w:after="20"/>
        <w:rPr>
          <w:lang w:val="ru-RU"/>
        </w:rPr>
      </w:pPr>
    </w:p>
    <w:p w:rsidR="002F6312" w:rsidRPr="00437730" w:rsidRDefault="00A32DF7">
      <w:pPr>
        <w:pStyle w:val="Heading1"/>
        <w:rPr>
          <w:lang w:val="ru-RU"/>
        </w:rPr>
      </w:pPr>
      <w:r w:rsidRPr="00437730">
        <w:rPr>
          <w:lang w:val="ru-RU"/>
        </w:rPr>
        <w:t>Шаг 1. Скачивание и распаковка установочных файлов</w:t>
      </w:r>
    </w:p>
    <w:p w:rsidR="002F6312" w:rsidRPr="00437730" w:rsidRDefault="00A32DF7">
      <w:pPr>
        <w:rPr>
          <w:lang w:val="ru-RU"/>
        </w:rPr>
      </w:pPr>
      <w:r w:rsidRPr="00437730">
        <w:rPr>
          <w:lang w:val="ru-RU"/>
        </w:rPr>
        <w:t>Скачайте все файлы</w:t>
      </w:r>
      <w:r w:rsidR="004E22DC" w:rsidRPr="004E22DC">
        <w:rPr>
          <w:lang w:val="ru-RU"/>
        </w:rPr>
        <w:t xml:space="preserve"> </w:t>
      </w:r>
      <w:proofErr w:type="gramStart"/>
      <w:r w:rsidR="009F6DBB" w:rsidRPr="009F6DBB">
        <w:rPr>
          <w:b/>
          <w:color w:val="0B6FA4"/>
        </w:rPr>
        <w:t>script</w:t>
      </w:r>
      <w:r w:rsidR="009F6DBB" w:rsidRPr="009F6DBB">
        <w:rPr>
          <w:b/>
          <w:color w:val="0B6FA4"/>
          <w:lang w:val="ru-RU"/>
        </w:rPr>
        <w:t>.</w:t>
      </w:r>
      <w:r w:rsidR="009F6DBB" w:rsidRPr="009F6DBB">
        <w:rPr>
          <w:b/>
          <w:color w:val="0B6FA4"/>
        </w:rPr>
        <w:t>zip</w:t>
      </w:r>
      <w:r w:rsidR="004E22DC" w:rsidRPr="009F6DBB">
        <w:rPr>
          <w:b/>
          <w:color w:val="0B6FA4"/>
          <w:lang w:val="ru-RU"/>
        </w:rPr>
        <w:t>.*</w:t>
      </w:r>
      <w:proofErr w:type="gramEnd"/>
      <w:r w:rsidRPr="00437730">
        <w:rPr>
          <w:lang w:val="ru-RU"/>
        </w:rPr>
        <w:t xml:space="preserve"> из папки:</w:t>
      </w:r>
    </w:p>
    <w:p w:rsidR="002F6312" w:rsidRPr="00437730" w:rsidRDefault="00A32DF7">
      <w:pPr>
        <w:rPr>
          <w:lang w:val="ru-RU"/>
        </w:rPr>
      </w:pPr>
      <w:r>
        <w:rPr>
          <w:b/>
          <w:color w:val="0B6FA4"/>
        </w:rPr>
        <w:t>https</w:t>
      </w:r>
      <w:r w:rsidRPr="00437730">
        <w:rPr>
          <w:b/>
          <w:color w:val="0B6FA4"/>
          <w:lang w:val="ru-RU"/>
        </w:rPr>
        <w:t>://</w:t>
      </w:r>
      <w:r>
        <w:rPr>
          <w:b/>
          <w:color w:val="0B6FA4"/>
        </w:rPr>
        <w:t>ftp</w:t>
      </w:r>
      <w:r w:rsidRPr="00437730">
        <w:rPr>
          <w:b/>
          <w:color w:val="0B6FA4"/>
          <w:lang w:val="ru-RU"/>
        </w:rPr>
        <w:t>.</w:t>
      </w:r>
      <w:proofErr w:type="spellStart"/>
      <w:r>
        <w:rPr>
          <w:b/>
          <w:color w:val="0B6FA4"/>
        </w:rPr>
        <w:t>sl</w:t>
      </w:r>
      <w:proofErr w:type="spellEnd"/>
      <w:r w:rsidRPr="00437730">
        <w:rPr>
          <w:b/>
          <w:color w:val="0B6FA4"/>
          <w:lang w:val="ru-RU"/>
        </w:rPr>
        <w:t>.</w:t>
      </w:r>
      <w:proofErr w:type="spellStart"/>
      <w:r>
        <w:rPr>
          <w:b/>
          <w:color w:val="0B6FA4"/>
        </w:rPr>
        <w:t>iae</w:t>
      </w:r>
      <w:proofErr w:type="spellEnd"/>
      <w:r w:rsidRPr="00437730">
        <w:rPr>
          <w:b/>
          <w:color w:val="0B6FA4"/>
          <w:lang w:val="ru-RU"/>
        </w:rPr>
        <w:t>.</w:t>
      </w:r>
      <w:proofErr w:type="spellStart"/>
      <w:r>
        <w:rPr>
          <w:b/>
          <w:color w:val="0B6FA4"/>
        </w:rPr>
        <w:t>nsk</w:t>
      </w:r>
      <w:proofErr w:type="spellEnd"/>
      <w:r w:rsidRPr="00437730">
        <w:rPr>
          <w:b/>
          <w:color w:val="0B6FA4"/>
          <w:lang w:val="ru-RU"/>
        </w:rPr>
        <w:t>.</w:t>
      </w:r>
      <w:proofErr w:type="spellStart"/>
      <w:r>
        <w:rPr>
          <w:b/>
          <w:color w:val="0B6FA4"/>
        </w:rPr>
        <w:t>su</w:t>
      </w:r>
      <w:proofErr w:type="spellEnd"/>
      <w:r w:rsidRPr="00437730">
        <w:rPr>
          <w:b/>
          <w:color w:val="0B6FA4"/>
          <w:lang w:val="ru-RU"/>
        </w:rPr>
        <w:t>/</w:t>
      </w:r>
      <w:r>
        <w:rPr>
          <w:b/>
          <w:color w:val="0B6FA4"/>
        </w:rPr>
        <w:t>Public</w:t>
      </w:r>
      <w:r w:rsidRPr="00437730">
        <w:rPr>
          <w:b/>
          <w:color w:val="0B6FA4"/>
          <w:lang w:val="ru-RU"/>
        </w:rPr>
        <w:t>/</w:t>
      </w:r>
      <w:proofErr w:type="spellStart"/>
      <w:r>
        <w:rPr>
          <w:b/>
          <w:color w:val="0B6FA4"/>
        </w:rPr>
        <w:t>ForwardTechSupport</w:t>
      </w:r>
      <w:proofErr w:type="spellEnd"/>
      <w:r w:rsidRPr="00437730">
        <w:rPr>
          <w:b/>
          <w:color w:val="0B6FA4"/>
          <w:lang w:val="ru-RU"/>
        </w:rPr>
        <w:t>/</w:t>
      </w:r>
      <w:r>
        <w:rPr>
          <w:b/>
          <w:color w:val="0B6FA4"/>
        </w:rPr>
        <w:t>For</w:t>
      </w:r>
      <w:r w:rsidRPr="00437730">
        <w:rPr>
          <w:b/>
          <w:color w:val="0B6FA4"/>
          <w:lang w:val="ru-RU"/>
        </w:rPr>
        <w:t>_</w:t>
      </w:r>
      <w:r>
        <w:rPr>
          <w:b/>
          <w:color w:val="0B6FA4"/>
        </w:rPr>
        <w:t>RTRS</w:t>
      </w:r>
      <w:r w:rsidRPr="00437730">
        <w:rPr>
          <w:b/>
          <w:color w:val="0B6FA4"/>
          <w:lang w:val="ru-RU"/>
        </w:rPr>
        <w:t>/</w:t>
      </w:r>
      <w:r>
        <w:rPr>
          <w:b/>
          <w:color w:val="0B6FA4"/>
        </w:rPr>
        <w:t>Player</w:t>
      </w:r>
      <w:r w:rsidRPr="00437730">
        <w:rPr>
          <w:b/>
          <w:color w:val="0B6FA4"/>
          <w:lang w:val="ru-RU"/>
        </w:rPr>
        <w:t>/</w:t>
      </w:r>
      <w:r>
        <w:rPr>
          <w:b/>
          <w:color w:val="0B6FA4"/>
        </w:rPr>
        <w:t>System</w:t>
      </w:r>
      <w:r w:rsidRPr="00437730">
        <w:rPr>
          <w:b/>
          <w:color w:val="0B6FA4"/>
          <w:lang w:val="ru-RU"/>
        </w:rPr>
        <w:t>/</w:t>
      </w:r>
    </w:p>
    <w:p w:rsidR="002F6312" w:rsidRPr="00437730" w:rsidRDefault="00A32DF7">
      <w:pPr>
        <w:rPr>
          <w:lang w:val="ru-RU"/>
        </w:rPr>
      </w:pPr>
      <w:r w:rsidRPr="00437730">
        <w:rPr>
          <w:lang w:val="ru-RU"/>
        </w:rPr>
        <w:t>В этой папке находятся части одного многотомного архива. Все части необходимо скачать полностью и сохранить в одну папку.</w:t>
      </w:r>
    </w:p>
    <w:p w:rsidR="00507575" w:rsidRDefault="00A32DF7">
      <w:pPr>
        <w:rPr>
          <w:lang w:val="ru-RU"/>
        </w:rPr>
      </w:pPr>
      <w:r w:rsidRPr="00437730">
        <w:rPr>
          <w:lang w:val="ru-RU"/>
        </w:rPr>
        <w:t xml:space="preserve">После загрузки запустите распаковку архива с первой части обычным способом — например, через пункт «Извлечь» в архиваторе. Остальные части должны находиться рядом; архиватор подключит их автоматически. После распаковки получится </w:t>
      </w:r>
      <w:r w:rsidR="00507575">
        <w:rPr>
          <w:lang w:val="ru-RU"/>
        </w:rPr>
        <w:t xml:space="preserve">папка </w:t>
      </w:r>
      <w:r w:rsidR="009F6DBB">
        <w:rPr>
          <w:lang w:val="ru-RU"/>
        </w:rPr>
        <w:t>«</w:t>
      </w:r>
      <w:r w:rsidR="00507575">
        <w:t>script</w:t>
      </w:r>
      <w:r w:rsidR="009F6DBB">
        <w:rPr>
          <w:lang w:val="ru-RU"/>
        </w:rPr>
        <w:t>»</w:t>
      </w:r>
      <w:r w:rsidR="00507575">
        <w:rPr>
          <w:lang w:val="ru-RU"/>
        </w:rPr>
        <w:t xml:space="preserve"> с двумя файлами:</w:t>
      </w:r>
    </w:p>
    <w:p w:rsidR="00507575" w:rsidRPr="00507575" w:rsidRDefault="00507575" w:rsidP="00507575">
      <w:pPr>
        <w:pStyle w:val="ListParagraph"/>
        <w:numPr>
          <w:ilvl w:val="0"/>
          <w:numId w:val="9"/>
        </w:numPr>
        <w:ind w:left="567" w:hanging="207"/>
        <w:rPr>
          <w:lang w:val="ru-RU"/>
        </w:rPr>
      </w:pPr>
      <w:r w:rsidRPr="00507575">
        <w:rPr>
          <w:lang w:val="ru-RU"/>
        </w:rPr>
        <w:t>«</w:t>
      </w:r>
      <w:proofErr w:type="gramStart"/>
      <w:r w:rsidRPr="00507575">
        <w:rPr>
          <w:lang w:val="ru-RU"/>
        </w:rPr>
        <w:t>install.sh</w:t>
      </w:r>
      <w:proofErr w:type="gramEnd"/>
      <w:r w:rsidRPr="00507575">
        <w:rPr>
          <w:lang w:val="ru-RU"/>
        </w:rPr>
        <w:t>» - командный файл,</w:t>
      </w:r>
    </w:p>
    <w:p w:rsidR="00507575" w:rsidRDefault="00507575" w:rsidP="00507575">
      <w:pPr>
        <w:pStyle w:val="ListParagraph"/>
        <w:numPr>
          <w:ilvl w:val="0"/>
          <w:numId w:val="9"/>
        </w:numPr>
        <w:ind w:left="567" w:hanging="207"/>
        <w:rPr>
          <w:lang w:val="ru-RU"/>
        </w:rPr>
      </w:pPr>
      <w:r w:rsidRPr="00507575">
        <w:rPr>
          <w:lang w:val="ru-RU"/>
        </w:rPr>
        <w:t>«</w:t>
      </w:r>
      <w:proofErr w:type="spellStart"/>
      <w:proofErr w:type="gramStart"/>
      <w:r w:rsidRPr="00507575">
        <w:rPr>
          <w:lang w:val="ru-RU"/>
        </w:rPr>
        <w:t>packages.tbz</w:t>
      </w:r>
      <w:proofErr w:type="spellEnd"/>
      <w:proofErr w:type="gramEnd"/>
      <w:r w:rsidRPr="00507575">
        <w:rPr>
          <w:lang w:val="ru-RU"/>
        </w:rPr>
        <w:t>». – архив с компонентами.</w:t>
      </w:r>
    </w:p>
    <w:p w:rsidR="00756A05" w:rsidRPr="00756A05" w:rsidRDefault="00756A05" w:rsidP="00756A05">
      <w:pPr>
        <w:rPr>
          <w:lang w:val="ru-RU"/>
        </w:rPr>
      </w:pPr>
    </w:p>
    <w:tbl>
      <w:tblPr>
        <w:tblW w:w="9242" w:type="dxa"/>
        <w:jc w:val="center"/>
        <w:tblLayout w:type="fixed"/>
        <w:tblLook w:val="04A0" w:firstRow="1" w:lastRow="0" w:firstColumn="1" w:lastColumn="0" w:noHBand="0" w:noVBand="1"/>
      </w:tblPr>
      <w:tblGrid>
        <w:gridCol w:w="9242"/>
      </w:tblGrid>
      <w:tr w:rsidR="002F6312" w:rsidRPr="009F6DBB">
        <w:trPr>
          <w:jc w:val="center"/>
        </w:trPr>
        <w:tc>
          <w:tcPr>
            <w:tcW w:w="9242" w:type="dxa"/>
            <w:tcBorders>
              <w:top w:val="single" w:sz="10" w:space="0" w:color="63A6C7"/>
              <w:left w:val="single" w:sz="10" w:space="0" w:color="63A6C7"/>
              <w:bottom w:val="single" w:sz="10" w:space="0" w:color="63A6C7"/>
              <w:right w:val="single" w:sz="10" w:space="0" w:color="63A6C7"/>
            </w:tcBorders>
            <w:shd w:val="clear" w:color="auto" w:fill="EAF4F9"/>
          </w:tcPr>
          <w:p w:rsidR="002F6312" w:rsidRPr="00437730" w:rsidRDefault="00A32DF7">
            <w:pPr>
              <w:rPr>
                <w:lang w:val="ru-RU"/>
              </w:rPr>
            </w:pPr>
            <w:r w:rsidRPr="00437730">
              <w:rPr>
                <w:b/>
                <w:color w:val="0B6FA4"/>
                <w:lang w:val="ru-RU"/>
              </w:rPr>
              <w:t>Важно</w:t>
            </w:r>
            <w:r w:rsidRPr="00437730">
              <w:rPr>
                <w:b/>
                <w:color w:val="0B6FA4"/>
                <w:lang w:val="ru-RU"/>
              </w:rPr>
              <w:br/>
            </w:r>
            <w:r w:rsidRPr="00437730">
              <w:rPr>
                <w:lang w:val="ru-RU"/>
              </w:rPr>
              <w:t>Не распаковывайте части архива по отдельности и не переименовывайте их. Если одной из частей не хватает, распаковка не завершится корректно.</w:t>
            </w:r>
          </w:p>
        </w:tc>
      </w:tr>
    </w:tbl>
    <w:p w:rsidR="002F6312" w:rsidRDefault="002F6312">
      <w:pPr>
        <w:spacing w:after="20"/>
        <w:rPr>
          <w:lang w:val="ru-RU"/>
        </w:rPr>
      </w:pPr>
    </w:p>
    <w:p w:rsidR="00507575" w:rsidRDefault="00507575">
      <w:pPr>
        <w:spacing w:after="20"/>
        <w:rPr>
          <w:lang w:val="ru-RU"/>
        </w:rPr>
      </w:pPr>
      <w:r w:rsidRPr="00437730">
        <w:rPr>
          <w:lang w:val="ru-RU"/>
        </w:rPr>
        <w:t xml:space="preserve">Подключите </w:t>
      </w:r>
      <w:r>
        <w:t>USB</w:t>
      </w:r>
      <w:r w:rsidRPr="00437730">
        <w:rPr>
          <w:lang w:val="ru-RU"/>
        </w:rPr>
        <w:t>-</w:t>
      </w:r>
      <w:proofErr w:type="spellStart"/>
      <w:r w:rsidRPr="00437730">
        <w:rPr>
          <w:lang w:val="ru-RU"/>
        </w:rPr>
        <w:t>флешку</w:t>
      </w:r>
      <w:proofErr w:type="spellEnd"/>
      <w:r w:rsidRPr="00437730">
        <w:rPr>
          <w:lang w:val="ru-RU"/>
        </w:rPr>
        <w:t xml:space="preserve"> к компьютеру и </w:t>
      </w:r>
      <w:r>
        <w:rPr>
          <w:lang w:val="ru-RU"/>
        </w:rPr>
        <w:t>скопируйте папку «</w:t>
      </w:r>
      <w:r>
        <w:t>script</w:t>
      </w:r>
      <w:r>
        <w:rPr>
          <w:lang w:val="ru-RU"/>
        </w:rPr>
        <w:t xml:space="preserve">» на </w:t>
      </w:r>
      <w:proofErr w:type="spellStart"/>
      <w:r>
        <w:rPr>
          <w:lang w:val="ru-RU"/>
        </w:rPr>
        <w:t>флешку</w:t>
      </w:r>
      <w:proofErr w:type="spellEnd"/>
      <w:r>
        <w:rPr>
          <w:lang w:val="ru-RU"/>
        </w:rPr>
        <w:t>.</w:t>
      </w:r>
    </w:p>
    <w:p w:rsidR="00507575" w:rsidRPr="00437730" w:rsidRDefault="00507575">
      <w:pPr>
        <w:spacing w:after="20"/>
        <w:rPr>
          <w:lang w:val="ru-RU"/>
        </w:rPr>
      </w:pPr>
    </w:p>
    <w:p w:rsidR="002F6312" w:rsidRPr="009F6DBB" w:rsidRDefault="00A32DF7" w:rsidP="00DE047F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 xml:space="preserve">Шаг </w:t>
      </w:r>
      <w:r w:rsidR="00507575">
        <w:rPr>
          <w:lang w:val="ru-RU"/>
        </w:rPr>
        <w:t>2</w:t>
      </w:r>
      <w:r w:rsidRPr="00437730">
        <w:rPr>
          <w:lang w:val="ru-RU"/>
        </w:rPr>
        <w:t xml:space="preserve">. </w:t>
      </w:r>
      <w:r w:rsidR="00507575">
        <w:rPr>
          <w:lang w:val="ru-RU"/>
        </w:rPr>
        <w:t xml:space="preserve">Подключение </w:t>
      </w:r>
      <w:proofErr w:type="spellStart"/>
      <w:r w:rsidR="00507575">
        <w:rPr>
          <w:lang w:val="ru-RU"/>
        </w:rPr>
        <w:t>флешки</w:t>
      </w:r>
      <w:proofErr w:type="spellEnd"/>
      <w:r w:rsidR="00BD5AC8">
        <w:rPr>
          <w:lang w:val="ru-RU"/>
        </w:rPr>
        <w:t xml:space="preserve"> к ПК с </w:t>
      </w:r>
      <w:r w:rsidR="00BD5AC8">
        <w:t>Astra</w:t>
      </w:r>
      <w:r w:rsidR="00BD5AC8" w:rsidRPr="00BD5AC8">
        <w:rPr>
          <w:lang w:val="ru-RU"/>
        </w:rPr>
        <w:t xml:space="preserve"> </w:t>
      </w:r>
      <w:r w:rsidR="00BD5AC8">
        <w:t>Linux</w:t>
      </w:r>
    </w:p>
    <w:p w:rsidR="00BD5AC8" w:rsidRPr="00BD5AC8" w:rsidRDefault="00BD5AC8" w:rsidP="00BD5AC8">
      <w:pPr>
        <w:rPr>
          <w:lang w:val="ru-RU"/>
        </w:rPr>
      </w:pPr>
      <w:r w:rsidRPr="00BD5AC8">
        <w:rPr>
          <w:lang w:val="ru-RU"/>
        </w:rPr>
        <w:t xml:space="preserve">Вставьте </w:t>
      </w:r>
      <w:proofErr w:type="spellStart"/>
      <w:r w:rsidRPr="00BD5AC8">
        <w:rPr>
          <w:lang w:val="ru-RU"/>
        </w:rPr>
        <w:t>флешку</w:t>
      </w:r>
      <w:proofErr w:type="spellEnd"/>
      <w:r w:rsidRPr="00BD5AC8">
        <w:rPr>
          <w:lang w:val="ru-RU"/>
        </w:rPr>
        <w:t xml:space="preserve"> в USB-разъем. Чтобы узнать её имя в системе (например, </w:t>
      </w:r>
      <w:proofErr w:type="spellStart"/>
      <w:r w:rsidRPr="00BD5AC8">
        <w:rPr>
          <w:lang w:val="ru-RU"/>
        </w:rPr>
        <w:t>sdb</w:t>
      </w:r>
      <w:proofErr w:type="spellEnd"/>
      <w:r w:rsidRPr="00BD5AC8">
        <w:rPr>
          <w:lang w:val="ru-RU"/>
        </w:rPr>
        <w:t xml:space="preserve">, </w:t>
      </w:r>
      <w:proofErr w:type="spellStart"/>
      <w:r w:rsidRPr="00BD5AC8">
        <w:rPr>
          <w:lang w:val="ru-RU"/>
        </w:rPr>
        <w:t>sdc</w:t>
      </w:r>
      <w:proofErr w:type="spellEnd"/>
      <w:r w:rsidRPr="00BD5AC8">
        <w:rPr>
          <w:lang w:val="ru-RU"/>
        </w:rPr>
        <w:t>), выполните команду:</w:t>
      </w:r>
    </w:p>
    <w:p w:rsidR="00BD5AC8" w:rsidRPr="00BD5AC8" w:rsidRDefault="00BD5AC8" w:rsidP="00BD5AC8">
      <w:pPr>
        <w:rPr>
          <w:rFonts w:ascii="Courier New" w:hAnsi="Courier New" w:cs="Courier New"/>
          <w:b/>
          <w:lang w:val="ru-RU"/>
        </w:rPr>
      </w:pPr>
      <w:proofErr w:type="spellStart"/>
      <w:proofErr w:type="gramStart"/>
      <w:r w:rsidRPr="00BD5AC8">
        <w:rPr>
          <w:rFonts w:ascii="Courier New" w:hAnsi="Courier New" w:cs="Courier New"/>
          <w:b/>
          <w:lang w:val="ru-RU"/>
        </w:rPr>
        <w:t>lsblk</w:t>
      </w:r>
      <w:proofErr w:type="spellEnd"/>
      <w:proofErr w:type="gramEnd"/>
    </w:p>
    <w:p w:rsidR="00BD5AC8" w:rsidRPr="00BD5AC8" w:rsidRDefault="00BD5AC8" w:rsidP="00BD5AC8">
      <w:pPr>
        <w:rPr>
          <w:lang w:val="ru-RU"/>
        </w:rPr>
      </w:pPr>
      <w:r w:rsidRPr="00BD5AC8">
        <w:rPr>
          <w:lang w:val="ru-RU"/>
        </w:rPr>
        <w:t xml:space="preserve">Вы увидите дерево устройств. Ищите накопитель, подходящий по размеру. Обычно сама </w:t>
      </w:r>
      <w:proofErr w:type="spellStart"/>
      <w:r w:rsidRPr="00BD5AC8">
        <w:rPr>
          <w:lang w:val="ru-RU"/>
        </w:rPr>
        <w:t>флешка</w:t>
      </w:r>
      <w:proofErr w:type="spellEnd"/>
      <w:r w:rsidRPr="00BD5AC8">
        <w:rPr>
          <w:lang w:val="ru-RU"/>
        </w:rPr>
        <w:t xml:space="preserve"> обозначается как </w:t>
      </w:r>
      <w:proofErr w:type="spellStart"/>
      <w:r w:rsidRPr="00BD5AC8">
        <w:rPr>
          <w:lang w:val="ru-RU"/>
        </w:rPr>
        <w:t>sdb</w:t>
      </w:r>
      <w:proofErr w:type="spellEnd"/>
      <w:r w:rsidRPr="00BD5AC8">
        <w:rPr>
          <w:lang w:val="ru-RU"/>
        </w:rPr>
        <w:t>, а её раздел — sdb1.</w:t>
      </w:r>
    </w:p>
    <w:p w:rsidR="00BD5AC8" w:rsidRPr="00BD5AC8" w:rsidRDefault="00BD5AC8" w:rsidP="00BD5AC8">
      <w:pPr>
        <w:rPr>
          <w:i/>
          <w:lang w:val="ru-RU"/>
        </w:rPr>
      </w:pPr>
      <w:r w:rsidRPr="00BD5AC8">
        <w:rPr>
          <w:i/>
          <w:lang w:val="ru-RU"/>
        </w:rPr>
        <w:t xml:space="preserve">Альтернативный </w:t>
      </w:r>
      <w:proofErr w:type="gramStart"/>
      <w:r w:rsidRPr="00BD5AC8">
        <w:rPr>
          <w:i/>
          <w:lang w:val="ru-RU"/>
        </w:rPr>
        <w:t>вариант :</w:t>
      </w:r>
      <w:proofErr w:type="gramEnd"/>
    </w:p>
    <w:p w:rsidR="00BD5AC8" w:rsidRDefault="00BD5AC8" w:rsidP="00BD5AC8">
      <w:pPr>
        <w:rPr>
          <w:lang w:val="ru-RU"/>
        </w:rPr>
      </w:pPr>
      <w:r>
        <w:rPr>
          <w:lang w:val="ru-RU"/>
        </w:rPr>
        <w:t>Дважды выполните команду:</w:t>
      </w:r>
    </w:p>
    <w:p w:rsidR="00BD5AC8" w:rsidRPr="00BD5AC8" w:rsidRDefault="00BD5AC8" w:rsidP="00BD5AC8">
      <w:pPr>
        <w:rPr>
          <w:rFonts w:ascii="Courier New" w:hAnsi="Courier New" w:cs="Courier New"/>
          <w:b/>
          <w:lang w:val="ru-RU"/>
        </w:rPr>
      </w:pPr>
      <w:proofErr w:type="spellStart"/>
      <w:proofErr w:type="gramStart"/>
      <w:r w:rsidRPr="00BD5AC8">
        <w:rPr>
          <w:rFonts w:ascii="Courier New" w:hAnsi="Courier New" w:cs="Courier New"/>
          <w:b/>
          <w:lang w:val="ru-RU"/>
        </w:rPr>
        <w:t>sudo</w:t>
      </w:r>
      <w:proofErr w:type="spellEnd"/>
      <w:proofErr w:type="gramEnd"/>
      <w:r w:rsidRPr="00BD5AC8">
        <w:rPr>
          <w:rFonts w:ascii="Courier New" w:hAnsi="Courier New" w:cs="Courier New"/>
          <w:b/>
          <w:lang w:val="ru-RU"/>
        </w:rPr>
        <w:t xml:space="preserve"> </w:t>
      </w:r>
      <w:proofErr w:type="spellStart"/>
      <w:r w:rsidRPr="00BD5AC8">
        <w:rPr>
          <w:rFonts w:ascii="Courier New" w:hAnsi="Courier New" w:cs="Courier New"/>
          <w:b/>
          <w:lang w:val="ru-RU"/>
        </w:rPr>
        <w:t>cat</w:t>
      </w:r>
      <w:proofErr w:type="spellEnd"/>
      <w:r w:rsidRPr="00BD5AC8">
        <w:rPr>
          <w:rFonts w:ascii="Courier New" w:hAnsi="Courier New" w:cs="Courier New"/>
          <w:b/>
          <w:lang w:val="ru-RU"/>
        </w:rPr>
        <w:t>/</w:t>
      </w:r>
      <w:proofErr w:type="spellStart"/>
      <w:r w:rsidRPr="00BD5AC8">
        <w:rPr>
          <w:rFonts w:ascii="Courier New" w:hAnsi="Courier New" w:cs="Courier New"/>
          <w:b/>
          <w:lang w:val="ru-RU"/>
        </w:rPr>
        <w:t>proc</w:t>
      </w:r>
      <w:proofErr w:type="spellEnd"/>
      <w:r w:rsidRPr="00BD5AC8">
        <w:rPr>
          <w:rFonts w:ascii="Courier New" w:hAnsi="Courier New" w:cs="Courier New"/>
          <w:b/>
          <w:lang w:val="ru-RU"/>
        </w:rPr>
        <w:t>/</w:t>
      </w:r>
      <w:proofErr w:type="spellStart"/>
      <w:r w:rsidRPr="00BD5AC8">
        <w:rPr>
          <w:rFonts w:ascii="Courier New" w:hAnsi="Courier New" w:cs="Courier New"/>
          <w:b/>
          <w:lang w:val="ru-RU"/>
        </w:rPr>
        <w:t>partitions</w:t>
      </w:r>
      <w:proofErr w:type="spellEnd"/>
    </w:p>
    <w:p w:rsidR="00BD5AC8" w:rsidRDefault="00BD5AC8" w:rsidP="00BD5AC8">
      <w:pPr>
        <w:rPr>
          <w:lang w:val="ru-RU"/>
        </w:rPr>
      </w:pPr>
      <w:r w:rsidRPr="00BD5AC8">
        <w:rPr>
          <w:lang w:val="ru-RU"/>
        </w:rPr>
        <w:t xml:space="preserve">Первый раз до того, как вставлена </w:t>
      </w:r>
      <w:proofErr w:type="spellStart"/>
      <w:r w:rsidRPr="00BD5AC8">
        <w:rPr>
          <w:lang w:val="ru-RU"/>
        </w:rPr>
        <w:t>флешка</w:t>
      </w:r>
      <w:proofErr w:type="spellEnd"/>
      <w:r w:rsidRPr="00BD5AC8">
        <w:rPr>
          <w:lang w:val="ru-RU"/>
        </w:rPr>
        <w:t xml:space="preserve">. И второй раз после того, как поместили </w:t>
      </w:r>
      <w:proofErr w:type="spellStart"/>
      <w:r w:rsidRPr="00BD5AC8">
        <w:rPr>
          <w:lang w:val="ru-RU"/>
        </w:rPr>
        <w:t>флешку</w:t>
      </w:r>
      <w:proofErr w:type="spellEnd"/>
      <w:r w:rsidRPr="00BD5AC8">
        <w:rPr>
          <w:lang w:val="ru-RU"/>
        </w:rPr>
        <w:t xml:space="preserve"> в </w:t>
      </w:r>
      <w:r>
        <w:rPr>
          <w:lang w:val="ru-RU"/>
        </w:rPr>
        <w:t>USB-разъем. Сравнивая</w:t>
      </w:r>
      <w:r w:rsidRPr="00BD5AC8">
        <w:rPr>
          <w:lang w:val="ru-RU"/>
        </w:rPr>
        <w:t xml:space="preserve"> полученную информацию </w:t>
      </w:r>
      <w:r>
        <w:rPr>
          <w:lang w:val="ru-RU"/>
        </w:rPr>
        <w:t>можно найти</w:t>
      </w:r>
      <w:r w:rsidRPr="00BD5AC8">
        <w:rPr>
          <w:lang w:val="ru-RU"/>
        </w:rPr>
        <w:t xml:space="preserve"> имя </w:t>
      </w:r>
      <w:proofErr w:type="spellStart"/>
      <w:r w:rsidRPr="00BD5AC8">
        <w:rPr>
          <w:lang w:val="ru-RU"/>
        </w:rPr>
        <w:t>флешки</w:t>
      </w:r>
      <w:proofErr w:type="spellEnd"/>
      <w:r w:rsidRPr="00BD5AC8">
        <w:rPr>
          <w:lang w:val="ru-RU"/>
        </w:rPr>
        <w:t xml:space="preserve"> </w:t>
      </w:r>
      <w:r>
        <w:rPr>
          <w:lang w:val="ru-RU"/>
        </w:rPr>
        <w:t>–</w:t>
      </w:r>
      <w:r w:rsidRPr="00BD5AC8">
        <w:rPr>
          <w:lang w:val="ru-RU"/>
        </w:rPr>
        <w:t xml:space="preserve"> то</w:t>
      </w:r>
      <w:r>
        <w:rPr>
          <w:lang w:val="ru-RU"/>
        </w:rPr>
        <w:t xml:space="preserve"> </w:t>
      </w:r>
      <w:r w:rsidRPr="00BD5AC8">
        <w:rPr>
          <w:lang w:val="ru-RU"/>
        </w:rPr>
        <w:t>имя, которое добавилось</w:t>
      </w:r>
      <w:r>
        <w:rPr>
          <w:lang w:val="ru-RU"/>
        </w:rPr>
        <w:t xml:space="preserve"> во втором списке</w:t>
      </w:r>
      <w:r w:rsidRPr="00BD5AC8">
        <w:rPr>
          <w:lang w:val="ru-RU"/>
        </w:rPr>
        <w:t>.</w:t>
      </w:r>
    </w:p>
    <w:p w:rsidR="00BD5AC8" w:rsidRDefault="00BD5AC8">
      <w:pPr>
        <w:rPr>
          <w:lang w:val="ru-RU"/>
        </w:rPr>
      </w:pPr>
    </w:p>
    <w:p w:rsidR="0028114A" w:rsidRPr="0028114A" w:rsidRDefault="0028114A" w:rsidP="0028114A">
      <w:pPr>
        <w:pStyle w:val="Heading1"/>
        <w:rPr>
          <w:lang w:val="ru-RU"/>
        </w:rPr>
      </w:pPr>
      <w:r w:rsidRPr="0028114A">
        <w:rPr>
          <w:lang w:val="ru-RU"/>
        </w:rPr>
        <w:t xml:space="preserve">Шаг </w:t>
      </w:r>
      <w:r>
        <w:rPr>
          <w:lang w:val="ru-RU"/>
        </w:rPr>
        <w:t>3</w:t>
      </w:r>
      <w:r w:rsidRPr="0028114A">
        <w:rPr>
          <w:lang w:val="ru-RU"/>
        </w:rPr>
        <w:t xml:space="preserve">. </w:t>
      </w:r>
      <w:r w:rsidR="00756A05">
        <w:rPr>
          <w:lang w:val="ru-RU"/>
        </w:rPr>
        <w:t>М</w:t>
      </w:r>
      <w:r w:rsidRPr="0028114A">
        <w:rPr>
          <w:lang w:val="ru-RU"/>
        </w:rPr>
        <w:t>онтир</w:t>
      </w:r>
      <w:r w:rsidR="00756A05">
        <w:rPr>
          <w:lang w:val="ru-RU"/>
        </w:rPr>
        <w:t xml:space="preserve">ование </w:t>
      </w:r>
      <w:proofErr w:type="spellStart"/>
      <w:r w:rsidR="00756A05">
        <w:rPr>
          <w:lang w:val="ru-RU"/>
        </w:rPr>
        <w:t>флешки</w:t>
      </w:r>
      <w:proofErr w:type="spellEnd"/>
    </w:p>
    <w:p w:rsidR="0028114A" w:rsidRPr="0028114A" w:rsidRDefault="0028114A" w:rsidP="0028114A">
      <w:pPr>
        <w:rPr>
          <w:lang w:val="ru-RU"/>
        </w:rPr>
      </w:pPr>
      <w:r w:rsidRPr="0028114A">
        <w:rPr>
          <w:lang w:val="ru-RU"/>
        </w:rPr>
        <w:t xml:space="preserve">Создайте точку монтирования и </w:t>
      </w:r>
      <w:proofErr w:type="spellStart"/>
      <w:r w:rsidRPr="0028114A">
        <w:rPr>
          <w:lang w:val="ru-RU"/>
        </w:rPr>
        <w:t>примонтируйте</w:t>
      </w:r>
      <w:proofErr w:type="spellEnd"/>
      <w:r w:rsidRPr="0028114A">
        <w:rPr>
          <w:lang w:val="ru-RU"/>
        </w:rPr>
        <w:t xml:space="preserve"> раздел</w:t>
      </w:r>
      <w:r>
        <w:rPr>
          <w:lang w:val="ru-RU"/>
        </w:rPr>
        <w:t xml:space="preserve"> следующей командой</w:t>
      </w:r>
      <w:r w:rsidRPr="0028114A">
        <w:rPr>
          <w:lang w:val="ru-RU"/>
        </w:rPr>
        <w:t xml:space="preserve"> </w:t>
      </w:r>
      <w:r>
        <w:rPr>
          <w:lang w:val="ru-RU"/>
        </w:rPr>
        <w:br/>
      </w:r>
      <w:r w:rsidRPr="0028114A">
        <w:rPr>
          <w:lang w:val="ru-RU"/>
        </w:rPr>
        <w:t>(замените sdb1 на имя вашего раздела):</w:t>
      </w:r>
    </w:p>
    <w:p w:rsidR="0028114A" w:rsidRPr="009F6DBB" w:rsidRDefault="0028114A" w:rsidP="0028114A">
      <w:pPr>
        <w:rPr>
          <w:rFonts w:ascii="Courier New" w:hAnsi="Courier New" w:cs="Courier New"/>
          <w:b/>
        </w:rPr>
      </w:pPr>
      <w:proofErr w:type="spellStart"/>
      <w:proofErr w:type="gramStart"/>
      <w:r w:rsidRPr="009F6DBB">
        <w:rPr>
          <w:rFonts w:ascii="Courier New" w:hAnsi="Courier New" w:cs="Courier New"/>
          <w:b/>
        </w:rPr>
        <w:t>sudo</w:t>
      </w:r>
      <w:proofErr w:type="spellEnd"/>
      <w:proofErr w:type="gramEnd"/>
      <w:r w:rsidRPr="009F6DBB">
        <w:rPr>
          <w:rFonts w:ascii="Courier New" w:hAnsi="Courier New" w:cs="Courier New"/>
          <w:b/>
        </w:rPr>
        <w:t xml:space="preserve"> </w:t>
      </w:r>
      <w:proofErr w:type="spellStart"/>
      <w:r w:rsidRPr="009F6DBB">
        <w:rPr>
          <w:rFonts w:ascii="Courier New" w:hAnsi="Courier New" w:cs="Courier New"/>
          <w:b/>
        </w:rPr>
        <w:t>mkdir</w:t>
      </w:r>
      <w:proofErr w:type="spellEnd"/>
      <w:r w:rsidRPr="009F6DBB">
        <w:rPr>
          <w:rFonts w:ascii="Courier New" w:hAnsi="Courier New" w:cs="Courier New"/>
          <w:b/>
        </w:rPr>
        <w:t xml:space="preserve"> -p /</w:t>
      </w:r>
      <w:proofErr w:type="spellStart"/>
      <w:r w:rsidRPr="009F6DBB">
        <w:rPr>
          <w:rFonts w:ascii="Courier New" w:hAnsi="Courier New" w:cs="Courier New"/>
          <w:b/>
        </w:rPr>
        <w:t>mnt</w:t>
      </w:r>
      <w:proofErr w:type="spellEnd"/>
      <w:r w:rsidRPr="009F6DBB">
        <w:rPr>
          <w:rFonts w:ascii="Courier New" w:hAnsi="Courier New" w:cs="Courier New"/>
          <w:b/>
        </w:rPr>
        <w:t>/</w:t>
      </w:r>
      <w:proofErr w:type="spellStart"/>
      <w:r w:rsidRPr="009F6DBB">
        <w:rPr>
          <w:rFonts w:ascii="Courier New" w:hAnsi="Courier New" w:cs="Courier New"/>
          <w:b/>
        </w:rPr>
        <w:t>usb</w:t>
      </w:r>
      <w:proofErr w:type="spellEnd"/>
    </w:p>
    <w:p w:rsidR="0028114A" w:rsidRPr="009F6DBB" w:rsidRDefault="0028114A" w:rsidP="0028114A">
      <w:pPr>
        <w:rPr>
          <w:rFonts w:ascii="Courier New" w:hAnsi="Courier New" w:cs="Courier New"/>
          <w:b/>
        </w:rPr>
      </w:pPr>
      <w:proofErr w:type="spellStart"/>
      <w:proofErr w:type="gramStart"/>
      <w:r w:rsidRPr="009F6DBB">
        <w:rPr>
          <w:rFonts w:ascii="Courier New" w:hAnsi="Courier New" w:cs="Courier New"/>
          <w:b/>
        </w:rPr>
        <w:t>sudo</w:t>
      </w:r>
      <w:proofErr w:type="spellEnd"/>
      <w:proofErr w:type="gramEnd"/>
      <w:r w:rsidRPr="009F6DBB">
        <w:rPr>
          <w:rFonts w:ascii="Courier New" w:hAnsi="Courier New" w:cs="Courier New"/>
          <w:b/>
        </w:rPr>
        <w:t xml:space="preserve"> mount /</w:t>
      </w:r>
      <w:proofErr w:type="spellStart"/>
      <w:r w:rsidRPr="009F6DBB">
        <w:rPr>
          <w:rFonts w:ascii="Courier New" w:hAnsi="Courier New" w:cs="Courier New"/>
          <w:b/>
        </w:rPr>
        <w:t>dev</w:t>
      </w:r>
      <w:proofErr w:type="spellEnd"/>
      <w:r w:rsidRPr="009F6DBB">
        <w:rPr>
          <w:rFonts w:ascii="Courier New" w:hAnsi="Courier New" w:cs="Courier New"/>
          <w:b/>
        </w:rPr>
        <w:t>/sdb1 /</w:t>
      </w:r>
      <w:proofErr w:type="spellStart"/>
      <w:r w:rsidRPr="009F6DBB">
        <w:rPr>
          <w:rFonts w:ascii="Courier New" w:hAnsi="Courier New" w:cs="Courier New"/>
          <w:b/>
        </w:rPr>
        <w:t>mnt</w:t>
      </w:r>
      <w:proofErr w:type="spellEnd"/>
      <w:r w:rsidRPr="009F6DBB">
        <w:rPr>
          <w:rFonts w:ascii="Courier New" w:hAnsi="Courier New" w:cs="Courier New"/>
          <w:b/>
        </w:rPr>
        <w:t>/</w:t>
      </w:r>
      <w:proofErr w:type="spellStart"/>
      <w:r w:rsidRPr="009F6DBB">
        <w:rPr>
          <w:rFonts w:ascii="Courier New" w:hAnsi="Courier New" w:cs="Courier New"/>
          <w:b/>
        </w:rPr>
        <w:t>usb</w:t>
      </w:r>
      <w:proofErr w:type="spellEnd"/>
    </w:p>
    <w:p w:rsidR="0028114A" w:rsidRPr="0028114A" w:rsidRDefault="0028114A" w:rsidP="0028114A">
      <w:pPr>
        <w:rPr>
          <w:lang w:val="ru-RU"/>
        </w:rPr>
      </w:pPr>
      <w:r w:rsidRPr="0028114A">
        <w:rPr>
          <w:lang w:val="ru-RU"/>
        </w:rPr>
        <w:t xml:space="preserve">Примечание: Если на </w:t>
      </w:r>
      <w:proofErr w:type="spellStart"/>
      <w:r w:rsidRPr="0028114A">
        <w:rPr>
          <w:lang w:val="ru-RU"/>
        </w:rPr>
        <w:t>флешке</w:t>
      </w:r>
      <w:proofErr w:type="spellEnd"/>
      <w:r w:rsidRPr="0028114A">
        <w:rPr>
          <w:lang w:val="ru-RU"/>
        </w:rPr>
        <w:t xml:space="preserve"> файловая система NTFS или </w:t>
      </w:r>
      <w:proofErr w:type="spellStart"/>
      <w:r w:rsidRPr="0028114A">
        <w:rPr>
          <w:lang w:val="ru-RU"/>
        </w:rPr>
        <w:t>exFAT</w:t>
      </w:r>
      <w:proofErr w:type="spellEnd"/>
      <w:r w:rsidRPr="0028114A">
        <w:rPr>
          <w:lang w:val="ru-RU"/>
        </w:rPr>
        <w:t xml:space="preserve">, а система выдает ошибку, может потребоваться дописать тип, например: </w:t>
      </w:r>
    </w:p>
    <w:p w:rsidR="0028114A" w:rsidRPr="009F6DBB" w:rsidRDefault="0028114A" w:rsidP="0028114A">
      <w:pPr>
        <w:rPr>
          <w:rFonts w:ascii="Courier New" w:hAnsi="Courier New" w:cs="Courier New"/>
          <w:b/>
        </w:rPr>
      </w:pPr>
      <w:proofErr w:type="spellStart"/>
      <w:proofErr w:type="gramStart"/>
      <w:r w:rsidRPr="009F6DBB">
        <w:rPr>
          <w:rFonts w:ascii="Courier New" w:hAnsi="Courier New" w:cs="Courier New"/>
          <w:b/>
        </w:rPr>
        <w:t>sudo</w:t>
      </w:r>
      <w:proofErr w:type="spellEnd"/>
      <w:proofErr w:type="gramEnd"/>
      <w:r w:rsidRPr="009F6DBB">
        <w:rPr>
          <w:rFonts w:ascii="Courier New" w:hAnsi="Courier New" w:cs="Courier New"/>
          <w:b/>
        </w:rPr>
        <w:t xml:space="preserve"> mount -t ntfs-3g /</w:t>
      </w:r>
      <w:proofErr w:type="spellStart"/>
      <w:r w:rsidRPr="009F6DBB">
        <w:rPr>
          <w:rFonts w:ascii="Courier New" w:hAnsi="Courier New" w:cs="Courier New"/>
          <w:b/>
        </w:rPr>
        <w:t>dev</w:t>
      </w:r>
      <w:proofErr w:type="spellEnd"/>
      <w:r w:rsidRPr="009F6DBB">
        <w:rPr>
          <w:rFonts w:ascii="Courier New" w:hAnsi="Courier New" w:cs="Courier New"/>
          <w:b/>
        </w:rPr>
        <w:t>/sdb1 /</w:t>
      </w:r>
      <w:proofErr w:type="spellStart"/>
      <w:r w:rsidRPr="009F6DBB">
        <w:rPr>
          <w:rFonts w:ascii="Courier New" w:hAnsi="Courier New" w:cs="Courier New"/>
          <w:b/>
        </w:rPr>
        <w:t>mnt</w:t>
      </w:r>
      <w:proofErr w:type="spellEnd"/>
      <w:r w:rsidRPr="009F6DBB">
        <w:rPr>
          <w:rFonts w:ascii="Courier New" w:hAnsi="Courier New" w:cs="Courier New"/>
          <w:b/>
        </w:rPr>
        <w:t>/</w:t>
      </w:r>
      <w:proofErr w:type="spellStart"/>
      <w:r w:rsidRPr="009F6DBB">
        <w:rPr>
          <w:rFonts w:ascii="Courier New" w:hAnsi="Courier New" w:cs="Courier New"/>
          <w:b/>
        </w:rPr>
        <w:t>usb</w:t>
      </w:r>
      <w:proofErr w:type="spellEnd"/>
      <w:r w:rsidRPr="009F6DBB">
        <w:rPr>
          <w:rFonts w:ascii="Courier New" w:hAnsi="Courier New" w:cs="Courier New"/>
          <w:b/>
        </w:rPr>
        <w:t>.</w:t>
      </w:r>
    </w:p>
    <w:p w:rsidR="0028114A" w:rsidRPr="009F6DBB" w:rsidRDefault="0028114A" w:rsidP="0028114A"/>
    <w:p w:rsidR="0028114A" w:rsidRPr="0028114A" w:rsidRDefault="0028114A" w:rsidP="0028114A">
      <w:pPr>
        <w:pStyle w:val="Heading1"/>
        <w:rPr>
          <w:lang w:val="ru-RU"/>
        </w:rPr>
      </w:pPr>
      <w:r w:rsidRPr="0028114A">
        <w:rPr>
          <w:lang w:val="ru-RU"/>
        </w:rPr>
        <w:t xml:space="preserve">Шаг </w:t>
      </w:r>
      <w:r>
        <w:rPr>
          <w:lang w:val="ru-RU"/>
        </w:rPr>
        <w:t xml:space="preserve">4. </w:t>
      </w:r>
      <w:r w:rsidR="00756A05">
        <w:rPr>
          <w:lang w:val="ru-RU"/>
        </w:rPr>
        <w:t>Копирование данных</w:t>
      </w:r>
      <w:r>
        <w:rPr>
          <w:lang w:val="ru-RU"/>
        </w:rPr>
        <w:t xml:space="preserve"> на диск</w:t>
      </w:r>
    </w:p>
    <w:p w:rsidR="0028114A" w:rsidRPr="0028114A" w:rsidRDefault="0028114A" w:rsidP="0028114A">
      <w:pPr>
        <w:rPr>
          <w:lang w:val="ru-RU"/>
        </w:rPr>
      </w:pPr>
      <w:r>
        <w:rPr>
          <w:lang w:val="ru-RU"/>
        </w:rPr>
        <w:t xml:space="preserve">Скопируйте папку </w:t>
      </w:r>
      <w:r>
        <w:t>script</w:t>
      </w:r>
      <w:r>
        <w:rPr>
          <w:lang w:val="ru-RU"/>
        </w:rPr>
        <w:t xml:space="preserve"> с </w:t>
      </w:r>
      <w:proofErr w:type="spellStart"/>
      <w:r>
        <w:rPr>
          <w:lang w:val="ru-RU"/>
        </w:rPr>
        <w:t>флешки</w:t>
      </w:r>
      <w:proofErr w:type="spellEnd"/>
      <w:r>
        <w:rPr>
          <w:lang w:val="ru-RU"/>
        </w:rPr>
        <w:t xml:space="preserve"> на системный диск в папку </w:t>
      </w:r>
      <w:r w:rsidRPr="0028114A">
        <w:rPr>
          <w:lang w:val="ru-RU"/>
        </w:rPr>
        <w:t>/</w:t>
      </w:r>
      <w:proofErr w:type="spellStart"/>
      <w:r>
        <w:t>tmp</w:t>
      </w:r>
      <w:proofErr w:type="spellEnd"/>
      <w:r>
        <w:rPr>
          <w:lang w:val="ru-RU"/>
        </w:rPr>
        <w:t xml:space="preserve"> командой:</w:t>
      </w:r>
    </w:p>
    <w:p w:rsidR="0028114A" w:rsidRPr="009F6DBB" w:rsidRDefault="0028114A" w:rsidP="0028114A">
      <w:pPr>
        <w:rPr>
          <w:rFonts w:ascii="Courier New" w:hAnsi="Courier New" w:cs="Courier New"/>
          <w:b/>
        </w:rPr>
      </w:pPr>
      <w:proofErr w:type="spellStart"/>
      <w:proofErr w:type="gramStart"/>
      <w:r w:rsidRPr="009F6DBB">
        <w:rPr>
          <w:rFonts w:ascii="Courier New" w:hAnsi="Courier New" w:cs="Courier New"/>
          <w:b/>
        </w:rPr>
        <w:t>sudo</w:t>
      </w:r>
      <w:proofErr w:type="spellEnd"/>
      <w:proofErr w:type="gramEnd"/>
      <w:r w:rsidRPr="009F6DBB">
        <w:rPr>
          <w:rFonts w:ascii="Courier New" w:hAnsi="Courier New" w:cs="Courier New"/>
          <w:b/>
        </w:rPr>
        <w:t xml:space="preserve"> </w:t>
      </w:r>
      <w:proofErr w:type="spellStart"/>
      <w:r w:rsidRPr="009F6DBB">
        <w:rPr>
          <w:rFonts w:ascii="Courier New" w:hAnsi="Courier New" w:cs="Courier New"/>
          <w:b/>
        </w:rPr>
        <w:t>cp</w:t>
      </w:r>
      <w:proofErr w:type="spellEnd"/>
      <w:r w:rsidRPr="009F6DBB">
        <w:rPr>
          <w:rFonts w:ascii="Courier New" w:hAnsi="Courier New" w:cs="Courier New"/>
          <w:b/>
        </w:rPr>
        <w:t xml:space="preserve"> -r /</w:t>
      </w:r>
      <w:proofErr w:type="spellStart"/>
      <w:r w:rsidRPr="009F6DBB">
        <w:rPr>
          <w:rFonts w:ascii="Courier New" w:hAnsi="Courier New" w:cs="Courier New"/>
          <w:b/>
        </w:rPr>
        <w:t>mnt</w:t>
      </w:r>
      <w:proofErr w:type="spellEnd"/>
      <w:r w:rsidRPr="009F6DBB">
        <w:rPr>
          <w:rFonts w:ascii="Courier New" w:hAnsi="Courier New" w:cs="Courier New"/>
          <w:b/>
        </w:rPr>
        <w:t>/</w:t>
      </w:r>
      <w:proofErr w:type="spellStart"/>
      <w:r w:rsidRPr="009F6DBB">
        <w:rPr>
          <w:rFonts w:ascii="Courier New" w:hAnsi="Courier New" w:cs="Courier New"/>
          <w:b/>
        </w:rPr>
        <w:t>usb</w:t>
      </w:r>
      <w:proofErr w:type="spellEnd"/>
      <w:r w:rsidRPr="009F6DBB">
        <w:rPr>
          <w:rFonts w:ascii="Courier New" w:hAnsi="Courier New" w:cs="Courier New"/>
          <w:b/>
        </w:rPr>
        <w:t>/script /</w:t>
      </w:r>
      <w:proofErr w:type="spellStart"/>
      <w:r w:rsidRPr="009F6DBB">
        <w:rPr>
          <w:rFonts w:ascii="Courier New" w:hAnsi="Courier New" w:cs="Courier New"/>
          <w:b/>
        </w:rPr>
        <w:t>tmp</w:t>
      </w:r>
      <w:proofErr w:type="spellEnd"/>
      <w:r w:rsidRPr="009F6DBB">
        <w:rPr>
          <w:rFonts w:ascii="Courier New" w:hAnsi="Courier New" w:cs="Courier New"/>
          <w:b/>
        </w:rPr>
        <w:t>/</w:t>
      </w:r>
    </w:p>
    <w:p w:rsidR="0028114A" w:rsidRPr="0028114A" w:rsidRDefault="0028114A" w:rsidP="0028114A">
      <w:pPr>
        <w:rPr>
          <w:lang w:val="ru-RU"/>
        </w:rPr>
      </w:pPr>
      <w:r w:rsidRPr="0028114A">
        <w:rPr>
          <w:lang w:val="ru-RU"/>
        </w:rPr>
        <w:t xml:space="preserve">После копирования во временную папку </w:t>
      </w:r>
      <w:r>
        <w:rPr>
          <w:lang w:val="ru-RU"/>
        </w:rPr>
        <w:t>перейдите в новую папку командой:</w:t>
      </w:r>
    </w:p>
    <w:p w:rsidR="0028114A" w:rsidRPr="0028114A" w:rsidRDefault="0028114A" w:rsidP="0028114A">
      <w:pPr>
        <w:rPr>
          <w:rFonts w:ascii="Courier New" w:hAnsi="Courier New" w:cs="Courier New"/>
          <w:b/>
          <w:lang w:val="ru-RU"/>
        </w:rPr>
      </w:pPr>
      <w:proofErr w:type="spellStart"/>
      <w:proofErr w:type="gramStart"/>
      <w:r w:rsidRPr="0028114A">
        <w:rPr>
          <w:rFonts w:ascii="Courier New" w:hAnsi="Courier New" w:cs="Courier New"/>
          <w:b/>
          <w:lang w:val="ru-RU"/>
        </w:rPr>
        <w:t>cd</w:t>
      </w:r>
      <w:proofErr w:type="spellEnd"/>
      <w:proofErr w:type="gramEnd"/>
      <w:r w:rsidRPr="0028114A">
        <w:rPr>
          <w:rFonts w:ascii="Courier New" w:hAnsi="Courier New" w:cs="Courier New"/>
          <w:b/>
          <w:lang w:val="ru-RU"/>
        </w:rPr>
        <w:t xml:space="preserve"> /</w:t>
      </w:r>
      <w:proofErr w:type="spellStart"/>
      <w:r w:rsidRPr="0028114A">
        <w:rPr>
          <w:rFonts w:ascii="Courier New" w:hAnsi="Courier New" w:cs="Courier New"/>
          <w:b/>
          <w:lang w:val="ru-RU"/>
        </w:rPr>
        <w:t>tmp</w:t>
      </w:r>
      <w:proofErr w:type="spellEnd"/>
      <w:r w:rsidRPr="0028114A">
        <w:rPr>
          <w:rFonts w:ascii="Courier New" w:hAnsi="Courier New" w:cs="Courier New"/>
          <w:b/>
          <w:lang w:val="ru-RU"/>
        </w:rPr>
        <w:t>/</w:t>
      </w:r>
      <w:proofErr w:type="spellStart"/>
      <w:r w:rsidRPr="0028114A">
        <w:rPr>
          <w:rFonts w:ascii="Courier New" w:hAnsi="Courier New" w:cs="Courier New"/>
          <w:b/>
          <w:lang w:val="ru-RU"/>
        </w:rPr>
        <w:t>script</w:t>
      </w:r>
      <w:proofErr w:type="spellEnd"/>
    </w:p>
    <w:p w:rsidR="0028114A" w:rsidRPr="0028114A" w:rsidRDefault="0028114A" w:rsidP="0028114A">
      <w:pPr>
        <w:rPr>
          <w:lang w:val="ru-RU"/>
        </w:rPr>
      </w:pPr>
      <w:r>
        <w:rPr>
          <w:lang w:val="ru-RU"/>
        </w:rPr>
        <w:t xml:space="preserve">Затем </w:t>
      </w:r>
      <w:r w:rsidRPr="0028114A">
        <w:rPr>
          <w:lang w:val="ru-RU"/>
        </w:rPr>
        <w:t xml:space="preserve">отключите </w:t>
      </w:r>
      <w:proofErr w:type="spellStart"/>
      <w:r w:rsidRPr="0028114A">
        <w:rPr>
          <w:lang w:val="ru-RU"/>
        </w:rPr>
        <w:t>флешку</w:t>
      </w:r>
      <w:proofErr w:type="spellEnd"/>
      <w:r>
        <w:rPr>
          <w:lang w:val="ru-RU"/>
        </w:rPr>
        <w:t xml:space="preserve"> командой</w:t>
      </w:r>
      <w:r w:rsidRPr="0028114A">
        <w:rPr>
          <w:lang w:val="ru-RU"/>
        </w:rPr>
        <w:t>:</w:t>
      </w:r>
    </w:p>
    <w:p w:rsidR="0028114A" w:rsidRPr="009F6DBB" w:rsidRDefault="0028114A" w:rsidP="0028114A">
      <w:pPr>
        <w:rPr>
          <w:rFonts w:ascii="Courier New" w:hAnsi="Courier New" w:cs="Courier New"/>
          <w:b/>
        </w:rPr>
      </w:pPr>
      <w:proofErr w:type="spellStart"/>
      <w:proofErr w:type="gramStart"/>
      <w:r w:rsidRPr="009F6DBB">
        <w:rPr>
          <w:rFonts w:ascii="Courier New" w:hAnsi="Courier New" w:cs="Courier New"/>
          <w:b/>
        </w:rPr>
        <w:t>sudo</w:t>
      </w:r>
      <w:proofErr w:type="spellEnd"/>
      <w:proofErr w:type="gramEnd"/>
      <w:r w:rsidRPr="009F6DBB">
        <w:rPr>
          <w:rFonts w:ascii="Courier New" w:hAnsi="Courier New" w:cs="Courier New"/>
          <w:b/>
        </w:rPr>
        <w:t xml:space="preserve"> </w:t>
      </w:r>
      <w:proofErr w:type="spellStart"/>
      <w:r w:rsidRPr="009F6DBB">
        <w:rPr>
          <w:rFonts w:ascii="Courier New" w:hAnsi="Courier New" w:cs="Courier New"/>
          <w:b/>
        </w:rPr>
        <w:t>umount</w:t>
      </w:r>
      <w:proofErr w:type="spellEnd"/>
      <w:r w:rsidRPr="009F6DBB">
        <w:rPr>
          <w:rFonts w:ascii="Courier New" w:hAnsi="Courier New" w:cs="Courier New"/>
          <w:b/>
        </w:rPr>
        <w:t xml:space="preserve"> /</w:t>
      </w:r>
      <w:proofErr w:type="spellStart"/>
      <w:r w:rsidRPr="009F6DBB">
        <w:rPr>
          <w:rFonts w:ascii="Courier New" w:hAnsi="Courier New" w:cs="Courier New"/>
          <w:b/>
        </w:rPr>
        <w:t>mnt</w:t>
      </w:r>
      <w:proofErr w:type="spellEnd"/>
      <w:r w:rsidRPr="009F6DBB">
        <w:rPr>
          <w:rFonts w:ascii="Courier New" w:hAnsi="Courier New" w:cs="Courier New"/>
          <w:b/>
        </w:rPr>
        <w:t>/</w:t>
      </w:r>
      <w:proofErr w:type="spellStart"/>
      <w:r w:rsidRPr="009F6DBB">
        <w:rPr>
          <w:rFonts w:ascii="Courier New" w:hAnsi="Courier New" w:cs="Courier New"/>
          <w:b/>
        </w:rPr>
        <w:t>usb</w:t>
      </w:r>
      <w:proofErr w:type="spellEnd"/>
    </w:p>
    <w:p w:rsidR="0028114A" w:rsidRPr="009F6DBB" w:rsidRDefault="0028114A" w:rsidP="0028114A"/>
    <w:p w:rsidR="0028114A" w:rsidRPr="0028114A" w:rsidRDefault="0028114A" w:rsidP="00756A05">
      <w:pPr>
        <w:pStyle w:val="Heading1"/>
        <w:rPr>
          <w:lang w:val="ru-RU"/>
        </w:rPr>
      </w:pPr>
      <w:r w:rsidRPr="0028114A">
        <w:rPr>
          <w:lang w:val="ru-RU"/>
        </w:rPr>
        <w:lastRenderedPageBreak/>
        <w:t>Шаг</w:t>
      </w:r>
      <w:r w:rsidRPr="009F6DBB">
        <w:t xml:space="preserve"> 5. </w:t>
      </w:r>
      <w:r w:rsidR="00756A05">
        <w:rPr>
          <w:lang w:val="ru-RU"/>
        </w:rPr>
        <w:t>Запуск</w:t>
      </w:r>
      <w:r w:rsidRPr="0028114A">
        <w:rPr>
          <w:lang w:val="ru-RU"/>
        </w:rPr>
        <w:t xml:space="preserve"> </w:t>
      </w:r>
      <w:r w:rsidR="00756A05">
        <w:rPr>
          <w:lang w:val="ru-RU"/>
        </w:rPr>
        <w:t>процесса установки</w:t>
      </w:r>
    </w:p>
    <w:p w:rsidR="0028114A" w:rsidRPr="0028114A" w:rsidRDefault="0028114A" w:rsidP="0028114A">
      <w:pPr>
        <w:rPr>
          <w:lang w:val="ru-RU"/>
        </w:rPr>
      </w:pPr>
      <w:r w:rsidRPr="0028114A">
        <w:rPr>
          <w:lang w:val="ru-RU"/>
        </w:rPr>
        <w:t>По умолчанию скопированные файлы могут не иметь прав на запуск, либо директория /</w:t>
      </w:r>
      <w:proofErr w:type="spellStart"/>
      <w:r w:rsidRPr="0028114A">
        <w:rPr>
          <w:lang w:val="ru-RU"/>
        </w:rPr>
        <w:t>tmp</w:t>
      </w:r>
      <w:proofErr w:type="spellEnd"/>
      <w:r w:rsidRPr="0028114A">
        <w:rPr>
          <w:lang w:val="ru-RU"/>
        </w:rPr>
        <w:t xml:space="preserve"> в </w:t>
      </w:r>
      <w:proofErr w:type="spellStart"/>
      <w:r w:rsidRPr="0028114A">
        <w:rPr>
          <w:lang w:val="ru-RU"/>
        </w:rPr>
        <w:t>Astra</w:t>
      </w:r>
      <w:proofErr w:type="spellEnd"/>
      <w:r w:rsidRPr="0028114A">
        <w:rPr>
          <w:lang w:val="ru-RU"/>
        </w:rPr>
        <w:t xml:space="preserve"> </w:t>
      </w:r>
      <w:proofErr w:type="spellStart"/>
      <w:r w:rsidRPr="0028114A">
        <w:rPr>
          <w:lang w:val="ru-RU"/>
        </w:rPr>
        <w:t>Linux</w:t>
      </w:r>
      <w:proofErr w:type="spellEnd"/>
      <w:r w:rsidRPr="0028114A">
        <w:rPr>
          <w:lang w:val="ru-RU"/>
        </w:rPr>
        <w:t xml:space="preserve"> может быть смонтирована с параметром </w:t>
      </w:r>
      <w:proofErr w:type="spellStart"/>
      <w:r w:rsidRPr="0028114A">
        <w:rPr>
          <w:lang w:val="ru-RU"/>
        </w:rPr>
        <w:t>noexec</w:t>
      </w:r>
      <w:proofErr w:type="spellEnd"/>
      <w:r w:rsidRPr="0028114A">
        <w:rPr>
          <w:lang w:val="ru-RU"/>
        </w:rPr>
        <w:t xml:space="preserve"> (запрет на запуск бинарных файлов из соображений безопасности).</w:t>
      </w:r>
      <w:r w:rsidR="00756A05">
        <w:rPr>
          <w:lang w:val="ru-RU"/>
        </w:rPr>
        <w:t xml:space="preserve"> </w:t>
      </w:r>
      <w:r w:rsidRPr="0028114A">
        <w:rPr>
          <w:lang w:val="ru-RU"/>
        </w:rPr>
        <w:t>Чтобы гарантированно запустить утилиту, сделайте следующее:</w:t>
      </w:r>
    </w:p>
    <w:p w:rsidR="0028114A" w:rsidRPr="0028114A" w:rsidRDefault="0028114A" w:rsidP="0028114A">
      <w:pPr>
        <w:rPr>
          <w:lang w:val="ru-RU"/>
        </w:rPr>
      </w:pPr>
      <w:r w:rsidRPr="0028114A">
        <w:rPr>
          <w:lang w:val="ru-RU"/>
        </w:rPr>
        <w:t xml:space="preserve">Дайте </w:t>
      </w:r>
      <w:r w:rsidR="00756A05">
        <w:rPr>
          <w:lang w:val="ru-RU"/>
        </w:rPr>
        <w:t xml:space="preserve">командному </w:t>
      </w:r>
      <w:r w:rsidRPr="0028114A">
        <w:rPr>
          <w:lang w:val="ru-RU"/>
        </w:rPr>
        <w:t>файлу права на исполнение:</w:t>
      </w:r>
    </w:p>
    <w:p w:rsidR="0028114A" w:rsidRPr="0028114A" w:rsidRDefault="0028114A" w:rsidP="0028114A">
      <w:pPr>
        <w:rPr>
          <w:rFonts w:ascii="Courier New" w:hAnsi="Courier New" w:cs="Courier New"/>
          <w:b/>
          <w:lang w:val="ru-RU"/>
        </w:rPr>
      </w:pPr>
      <w:proofErr w:type="spellStart"/>
      <w:proofErr w:type="gramStart"/>
      <w:r w:rsidRPr="0028114A">
        <w:rPr>
          <w:rFonts w:ascii="Courier New" w:hAnsi="Courier New" w:cs="Courier New"/>
          <w:b/>
          <w:lang w:val="ru-RU"/>
        </w:rPr>
        <w:t>sudo</w:t>
      </w:r>
      <w:proofErr w:type="spellEnd"/>
      <w:proofErr w:type="gramEnd"/>
      <w:r w:rsidRPr="0028114A">
        <w:rPr>
          <w:rFonts w:ascii="Courier New" w:hAnsi="Courier New" w:cs="Courier New"/>
          <w:b/>
          <w:lang w:val="ru-RU"/>
        </w:rPr>
        <w:t xml:space="preserve"> </w:t>
      </w:r>
      <w:proofErr w:type="spellStart"/>
      <w:r w:rsidRPr="0028114A">
        <w:rPr>
          <w:rFonts w:ascii="Courier New" w:hAnsi="Courier New" w:cs="Courier New"/>
          <w:b/>
          <w:lang w:val="ru-RU"/>
        </w:rPr>
        <w:t>chmod</w:t>
      </w:r>
      <w:proofErr w:type="spellEnd"/>
      <w:r w:rsidRPr="0028114A">
        <w:rPr>
          <w:rFonts w:ascii="Courier New" w:hAnsi="Courier New" w:cs="Courier New"/>
          <w:b/>
          <w:lang w:val="ru-RU"/>
        </w:rPr>
        <w:t xml:space="preserve"> +x ./install.sh</w:t>
      </w:r>
    </w:p>
    <w:p w:rsidR="0028114A" w:rsidRPr="00756A05" w:rsidRDefault="00756A05" w:rsidP="0028114A">
      <w:pPr>
        <w:rPr>
          <w:lang w:val="ru-RU"/>
        </w:rPr>
      </w:pPr>
      <w:proofErr w:type="gramStart"/>
      <w:r>
        <w:rPr>
          <w:lang w:val="ru-RU"/>
        </w:rPr>
        <w:t>и</w:t>
      </w:r>
      <w:proofErr w:type="gramEnd"/>
      <w:r>
        <w:rPr>
          <w:lang w:val="ru-RU"/>
        </w:rPr>
        <w:t xml:space="preserve"> з</w:t>
      </w:r>
      <w:r w:rsidR="0028114A" w:rsidRPr="0028114A">
        <w:rPr>
          <w:lang w:val="ru-RU"/>
        </w:rPr>
        <w:t>апустите</w:t>
      </w:r>
      <w:r w:rsidR="0028114A" w:rsidRPr="00756A05">
        <w:rPr>
          <w:lang w:val="ru-RU"/>
        </w:rPr>
        <w:t xml:space="preserve"> </w:t>
      </w:r>
      <w:r>
        <w:rPr>
          <w:lang w:val="ru-RU"/>
        </w:rPr>
        <w:t>его на исполнение</w:t>
      </w:r>
      <w:r w:rsidR="0028114A" w:rsidRPr="00756A05">
        <w:rPr>
          <w:lang w:val="ru-RU"/>
        </w:rPr>
        <w:t>:</w:t>
      </w:r>
    </w:p>
    <w:p w:rsidR="0028114A" w:rsidRPr="0028114A" w:rsidRDefault="0028114A" w:rsidP="0028114A">
      <w:pPr>
        <w:rPr>
          <w:rFonts w:ascii="Courier New" w:hAnsi="Courier New" w:cs="Courier New"/>
          <w:b/>
          <w:lang w:val="ru-RU"/>
        </w:rPr>
      </w:pPr>
      <w:proofErr w:type="spellStart"/>
      <w:proofErr w:type="gramStart"/>
      <w:r w:rsidRPr="0028114A">
        <w:rPr>
          <w:rFonts w:ascii="Courier New" w:hAnsi="Courier New" w:cs="Courier New"/>
          <w:b/>
          <w:lang w:val="ru-RU"/>
        </w:rPr>
        <w:t>sudo</w:t>
      </w:r>
      <w:proofErr w:type="spellEnd"/>
      <w:proofErr w:type="gramEnd"/>
      <w:r w:rsidRPr="0028114A">
        <w:rPr>
          <w:rFonts w:ascii="Courier New" w:hAnsi="Courier New" w:cs="Courier New"/>
          <w:b/>
          <w:lang w:val="ru-RU"/>
        </w:rPr>
        <w:t xml:space="preserve"> ./install.sh</w:t>
      </w:r>
    </w:p>
    <w:p w:rsidR="0028114A" w:rsidRDefault="0028114A" w:rsidP="0028114A">
      <w:pPr>
        <w:rPr>
          <w:lang w:val="ru-RU"/>
        </w:rPr>
      </w:pPr>
    </w:p>
    <w:p w:rsidR="00756A05" w:rsidRPr="0028114A" w:rsidRDefault="00756A05" w:rsidP="00756A05">
      <w:pPr>
        <w:rPr>
          <w:lang w:val="ru-RU"/>
        </w:rPr>
      </w:pPr>
      <w:r w:rsidRPr="00756A05">
        <w:rPr>
          <w:b/>
          <w:lang w:val="ru-RU"/>
        </w:rPr>
        <w:t>Важно</w:t>
      </w:r>
      <w:r w:rsidRPr="0028114A">
        <w:rPr>
          <w:lang w:val="ru-RU"/>
        </w:rPr>
        <w:t xml:space="preserve">: Если при запуске вы получаете ошибку </w:t>
      </w:r>
      <w:proofErr w:type="spellStart"/>
      <w:r w:rsidRPr="0028114A">
        <w:rPr>
          <w:lang w:val="ru-RU"/>
        </w:rPr>
        <w:t>Permission</w:t>
      </w:r>
      <w:proofErr w:type="spellEnd"/>
      <w:r w:rsidRPr="0028114A">
        <w:rPr>
          <w:lang w:val="ru-RU"/>
        </w:rPr>
        <w:t xml:space="preserve"> </w:t>
      </w:r>
      <w:proofErr w:type="spellStart"/>
      <w:r w:rsidRPr="0028114A">
        <w:rPr>
          <w:lang w:val="ru-RU"/>
        </w:rPr>
        <w:t>denied</w:t>
      </w:r>
      <w:proofErr w:type="spellEnd"/>
      <w:r w:rsidRPr="0028114A">
        <w:rPr>
          <w:lang w:val="ru-RU"/>
        </w:rPr>
        <w:t xml:space="preserve"> («В доступе отказано»), даже несмотря на права </w:t>
      </w:r>
      <w:proofErr w:type="spellStart"/>
      <w:r w:rsidRPr="0028114A">
        <w:rPr>
          <w:lang w:val="ru-RU"/>
        </w:rPr>
        <w:t>chmod</w:t>
      </w:r>
      <w:proofErr w:type="spellEnd"/>
      <w:r w:rsidRPr="0028114A">
        <w:rPr>
          <w:lang w:val="ru-RU"/>
        </w:rPr>
        <w:t xml:space="preserve"> +x, значит, в вашей системе раздел /</w:t>
      </w:r>
      <w:proofErr w:type="spellStart"/>
      <w:r w:rsidRPr="0028114A">
        <w:rPr>
          <w:lang w:val="ru-RU"/>
        </w:rPr>
        <w:t>tmp</w:t>
      </w:r>
      <w:proofErr w:type="spellEnd"/>
      <w:r w:rsidRPr="0028114A">
        <w:rPr>
          <w:lang w:val="ru-RU"/>
        </w:rPr>
        <w:t xml:space="preserve"> защищен от выполнения программ.</w:t>
      </w:r>
    </w:p>
    <w:p w:rsidR="00756A05" w:rsidRDefault="00756A05" w:rsidP="00756A05">
      <w:pPr>
        <w:rPr>
          <w:lang w:val="ru-RU"/>
        </w:rPr>
      </w:pPr>
      <w:r w:rsidRPr="00756A05">
        <w:rPr>
          <w:b/>
          <w:lang w:val="ru-RU"/>
        </w:rPr>
        <w:t>Решение</w:t>
      </w:r>
      <w:r w:rsidRPr="0028114A">
        <w:rPr>
          <w:lang w:val="ru-RU"/>
        </w:rPr>
        <w:t>: Вместо /</w:t>
      </w:r>
      <w:proofErr w:type="spellStart"/>
      <w:r w:rsidRPr="0028114A">
        <w:rPr>
          <w:lang w:val="ru-RU"/>
        </w:rPr>
        <w:t>tmp</w:t>
      </w:r>
      <w:proofErr w:type="spellEnd"/>
      <w:r w:rsidRPr="0028114A">
        <w:rPr>
          <w:lang w:val="ru-RU"/>
        </w:rPr>
        <w:t xml:space="preserve"> скопируйте утилиту в домашнюю директорию (например, ~/) или запустите её напрямую с </w:t>
      </w:r>
      <w:proofErr w:type="spellStart"/>
      <w:r w:rsidRPr="0028114A">
        <w:rPr>
          <w:lang w:val="ru-RU"/>
        </w:rPr>
        <w:t>флешки</w:t>
      </w:r>
      <w:proofErr w:type="spellEnd"/>
      <w:r w:rsidRPr="0028114A">
        <w:rPr>
          <w:lang w:val="ru-RU"/>
        </w:rPr>
        <w:t xml:space="preserve"> (если </w:t>
      </w:r>
      <w:proofErr w:type="spellStart"/>
      <w:r w:rsidRPr="0028114A">
        <w:rPr>
          <w:lang w:val="ru-RU"/>
        </w:rPr>
        <w:t>флешка</w:t>
      </w:r>
      <w:proofErr w:type="spellEnd"/>
      <w:r w:rsidRPr="0028114A">
        <w:rPr>
          <w:lang w:val="ru-RU"/>
        </w:rPr>
        <w:t xml:space="preserve"> </w:t>
      </w:r>
      <w:proofErr w:type="spellStart"/>
      <w:r w:rsidRPr="0028114A">
        <w:rPr>
          <w:lang w:val="ru-RU"/>
        </w:rPr>
        <w:t>примонтирована</w:t>
      </w:r>
      <w:proofErr w:type="spellEnd"/>
      <w:r w:rsidRPr="0028114A">
        <w:rPr>
          <w:lang w:val="ru-RU"/>
        </w:rPr>
        <w:t xml:space="preserve"> без флага </w:t>
      </w:r>
      <w:proofErr w:type="spellStart"/>
      <w:r w:rsidRPr="0028114A">
        <w:rPr>
          <w:lang w:val="ru-RU"/>
        </w:rPr>
        <w:t>noexec</w:t>
      </w:r>
      <w:proofErr w:type="spellEnd"/>
      <w:r w:rsidRPr="0028114A">
        <w:rPr>
          <w:lang w:val="ru-RU"/>
        </w:rPr>
        <w:t xml:space="preserve">): </w:t>
      </w:r>
    </w:p>
    <w:p w:rsidR="00756A05" w:rsidRPr="009F6DBB" w:rsidRDefault="00756A05" w:rsidP="00756A05">
      <w:pPr>
        <w:rPr>
          <w:rFonts w:ascii="Courier New" w:hAnsi="Courier New" w:cs="Courier New"/>
          <w:b/>
        </w:rPr>
      </w:pPr>
      <w:r w:rsidRPr="009F6DBB">
        <w:rPr>
          <w:rFonts w:ascii="Courier New" w:hAnsi="Courier New" w:cs="Courier New"/>
          <w:b/>
        </w:rPr>
        <w:t>/</w:t>
      </w:r>
      <w:proofErr w:type="spellStart"/>
      <w:r w:rsidRPr="009F6DBB">
        <w:rPr>
          <w:rFonts w:ascii="Courier New" w:hAnsi="Courier New" w:cs="Courier New"/>
          <w:b/>
        </w:rPr>
        <w:t>mnt</w:t>
      </w:r>
      <w:proofErr w:type="spellEnd"/>
      <w:r w:rsidRPr="009F6DBB">
        <w:rPr>
          <w:rFonts w:ascii="Courier New" w:hAnsi="Courier New" w:cs="Courier New"/>
          <w:b/>
        </w:rPr>
        <w:t>/</w:t>
      </w:r>
      <w:proofErr w:type="spellStart"/>
      <w:r w:rsidRPr="009F6DBB">
        <w:rPr>
          <w:rFonts w:ascii="Courier New" w:hAnsi="Courier New" w:cs="Courier New"/>
          <w:b/>
        </w:rPr>
        <w:t>usb</w:t>
      </w:r>
      <w:proofErr w:type="spellEnd"/>
      <w:r w:rsidRPr="009F6DBB">
        <w:rPr>
          <w:rFonts w:ascii="Courier New" w:hAnsi="Courier New" w:cs="Courier New"/>
          <w:b/>
        </w:rPr>
        <w:t>/script/install.sh.</w:t>
      </w:r>
    </w:p>
    <w:p w:rsidR="00756A05" w:rsidRPr="00756A05" w:rsidRDefault="00756A05" w:rsidP="0028114A"/>
    <w:p w:rsidR="00756A05" w:rsidRPr="0028114A" w:rsidRDefault="00756A05" w:rsidP="00756A05">
      <w:pPr>
        <w:pStyle w:val="Heading1"/>
        <w:rPr>
          <w:lang w:val="ru-RU"/>
        </w:rPr>
      </w:pPr>
      <w:r w:rsidRPr="0028114A">
        <w:rPr>
          <w:lang w:val="ru-RU"/>
        </w:rPr>
        <w:t>Шаг</w:t>
      </w:r>
      <w:r w:rsidRPr="00756A05">
        <w:rPr>
          <w:lang w:val="ru-RU"/>
        </w:rPr>
        <w:t xml:space="preserve"> </w:t>
      </w:r>
      <w:r>
        <w:rPr>
          <w:lang w:val="ru-RU"/>
        </w:rPr>
        <w:t>6</w:t>
      </w:r>
      <w:r w:rsidRPr="00756A05">
        <w:rPr>
          <w:lang w:val="ru-RU"/>
        </w:rPr>
        <w:t xml:space="preserve">. </w:t>
      </w:r>
      <w:r>
        <w:rPr>
          <w:lang w:val="ru-RU"/>
        </w:rPr>
        <w:t>Окончание установки</w:t>
      </w:r>
    </w:p>
    <w:p w:rsidR="00756A05" w:rsidRPr="0028114A" w:rsidRDefault="00756A05" w:rsidP="0028114A">
      <w:pPr>
        <w:rPr>
          <w:lang w:val="ru-RU"/>
        </w:rPr>
      </w:pPr>
      <w:r>
        <w:rPr>
          <w:lang w:val="ru-RU"/>
        </w:rPr>
        <w:t>В конце работы командного файла должно появится сообщение:</w:t>
      </w:r>
    </w:p>
    <w:p w:rsidR="0028114A" w:rsidRPr="009F6DBB" w:rsidRDefault="0028114A" w:rsidP="0028114A">
      <w:pPr>
        <w:rPr>
          <w:rFonts w:ascii="Courier New" w:hAnsi="Courier New" w:cs="Courier New"/>
          <w:b/>
          <w:lang w:val="ru-RU"/>
        </w:rPr>
      </w:pPr>
      <w:r w:rsidRPr="009F6DBB">
        <w:rPr>
          <w:rFonts w:ascii="Courier New" w:hAnsi="Courier New" w:cs="Courier New"/>
          <w:b/>
          <w:lang w:val="ru-RU"/>
        </w:rPr>
        <w:t>«Enter Y or y to reboot now any other key if you want to reboot later»</w:t>
      </w:r>
    </w:p>
    <w:p w:rsidR="00756A05" w:rsidRDefault="00756A05">
      <w:pPr>
        <w:rPr>
          <w:lang w:val="ru-RU"/>
        </w:rPr>
      </w:pPr>
      <w:r>
        <w:rPr>
          <w:lang w:val="ru-RU"/>
        </w:rPr>
        <w:t xml:space="preserve">Необходимо </w:t>
      </w:r>
      <w:r w:rsidR="0028114A" w:rsidRPr="0028114A">
        <w:rPr>
          <w:lang w:val="ru-RU"/>
        </w:rPr>
        <w:t xml:space="preserve">ввести </w:t>
      </w:r>
      <w:r>
        <w:rPr>
          <w:lang w:val="ru-RU"/>
        </w:rPr>
        <w:t>«</w:t>
      </w:r>
      <w:r w:rsidR="0028114A" w:rsidRPr="0028114A">
        <w:rPr>
          <w:lang w:val="ru-RU"/>
        </w:rPr>
        <w:t>Y</w:t>
      </w:r>
      <w:r>
        <w:rPr>
          <w:lang w:val="ru-RU"/>
        </w:rPr>
        <w:t>»</w:t>
      </w:r>
      <w:r w:rsidR="0028114A" w:rsidRPr="0028114A">
        <w:rPr>
          <w:lang w:val="ru-RU"/>
        </w:rPr>
        <w:t xml:space="preserve"> и нажать </w:t>
      </w:r>
      <w:r>
        <w:rPr>
          <w:lang w:val="ru-RU"/>
        </w:rPr>
        <w:t>«</w:t>
      </w:r>
      <w:proofErr w:type="spellStart"/>
      <w:r w:rsidR="0028114A" w:rsidRPr="0028114A">
        <w:rPr>
          <w:lang w:val="ru-RU"/>
        </w:rPr>
        <w:t>Enter</w:t>
      </w:r>
      <w:proofErr w:type="spellEnd"/>
      <w:r>
        <w:rPr>
          <w:lang w:val="ru-RU"/>
        </w:rPr>
        <w:t>»</w:t>
      </w:r>
      <w:r w:rsidR="0028114A" w:rsidRPr="0028114A">
        <w:rPr>
          <w:lang w:val="ru-RU"/>
        </w:rPr>
        <w:t xml:space="preserve"> для подтверждения перезагрузки.</w:t>
      </w:r>
    </w:p>
    <w:p w:rsidR="0028114A" w:rsidRPr="00756A05" w:rsidRDefault="00756A05">
      <w:pPr>
        <w:rPr>
          <w:lang w:val="ru-RU"/>
        </w:rPr>
      </w:pPr>
      <w:r>
        <w:rPr>
          <w:lang w:val="ru-RU"/>
        </w:rPr>
        <w:t>После перезапуска система готова к последнему этапу</w:t>
      </w:r>
      <w:r w:rsidR="009F6DBB">
        <w:rPr>
          <w:lang w:val="ru-RU"/>
        </w:rPr>
        <w:t xml:space="preserve"> –</w:t>
      </w:r>
      <w:r>
        <w:rPr>
          <w:lang w:val="ru-RU"/>
        </w:rPr>
        <w:t xml:space="preserve"> настройк</w:t>
      </w:r>
      <w:r w:rsidR="009F6DBB">
        <w:rPr>
          <w:lang w:val="ru-RU"/>
        </w:rPr>
        <w:t>е</w:t>
      </w:r>
      <w:r>
        <w:rPr>
          <w:lang w:val="ru-RU"/>
        </w:rPr>
        <w:t xml:space="preserve"> режимов работы ПО.</w:t>
      </w:r>
    </w:p>
    <w:p w:rsidR="00756A05" w:rsidRDefault="00756A05">
      <w:pPr>
        <w:rPr>
          <w:lang w:val="ru-RU"/>
        </w:rPr>
      </w:pPr>
      <w:bookmarkStart w:id="0" w:name="_GoBack"/>
      <w:bookmarkEnd w:id="0"/>
    </w:p>
    <w:sectPr w:rsidR="00756A05">
      <w:footerReference w:type="default" r:id="rId8"/>
      <w:pgSz w:w="12240" w:h="15840"/>
      <w:pgMar w:top="1020" w:right="1191" w:bottom="1020" w:left="1191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87C" w:rsidRDefault="00A32DF7">
      <w:pPr>
        <w:spacing w:after="0" w:line="240" w:lineRule="auto"/>
      </w:pPr>
      <w:r>
        <w:separator/>
      </w:r>
    </w:p>
  </w:endnote>
  <w:endnote w:type="continuationSeparator" w:id="0">
    <w:p w:rsidR="0004087C" w:rsidRDefault="00A32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312" w:rsidRDefault="00A32DF7">
    <w:pPr>
      <w:pStyle w:val="Footer"/>
      <w:jc w:val="center"/>
    </w:pPr>
    <w:proofErr w:type="spellStart"/>
    <w:r>
      <w:rPr>
        <w:color w:val="787878"/>
        <w:sz w:val="16"/>
      </w:rPr>
      <w:t>Инструкция</w:t>
    </w:r>
    <w:proofErr w:type="spellEnd"/>
    <w:r>
      <w:rPr>
        <w:color w:val="787878"/>
        <w:sz w:val="16"/>
      </w:rPr>
      <w:t xml:space="preserve"> </w:t>
    </w:r>
    <w:proofErr w:type="spellStart"/>
    <w:r>
      <w:rPr>
        <w:color w:val="787878"/>
        <w:sz w:val="16"/>
      </w:rPr>
      <w:t>по</w:t>
    </w:r>
    <w:proofErr w:type="spellEnd"/>
    <w:r>
      <w:rPr>
        <w:color w:val="787878"/>
        <w:sz w:val="16"/>
      </w:rPr>
      <w:t xml:space="preserve"> </w:t>
    </w:r>
    <w:proofErr w:type="spellStart"/>
    <w:r>
      <w:rPr>
        <w:color w:val="787878"/>
        <w:sz w:val="16"/>
      </w:rPr>
      <w:t>установке</w:t>
    </w:r>
    <w:proofErr w:type="spellEnd"/>
    <w:r>
      <w:rPr>
        <w:color w:val="787878"/>
        <w:sz w:val="16"/>
      </w:rPr>
      <w:t xml:space="preserve"> Astra Linux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87C" w:rsidRDefault="00A32DF7">
      <w:pPr>
        <w:spacing w:after="0" w:line="240" w:lineRule="auto"/>
      </w:pPr>
      <w:r>
        <w:separator/>
      </w:r>
    </w:p>
  </w:footnote>
  <w:footnote w:type="continuationSeparator" w:id="0">
    <w:p w:rsidR="0004087C" w:rsidRDefault="00A32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1" o:spid="_x0000_i1027" type="#_x0000_t75" style="width:15pt;height:14pt;visibility:visible;mso-wrap-style:square" o:bullet="t">
        <v:imagedata r:id="rId1" o:title=""/>
      </v:shape>
    </w:pict>
  </w:numPicBullet>
  <w:abstractNum w:abstractNumId="0">
    <w:nsid w:val="0CB956CF"/>
    <w:multiLevelType w:val="multilevel"/>
    <w:tmpl w:val="0D2246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8E6E5A"/>
    <w:multiLevelType w:val="hybridMultilevel"/>
    <w:tmpl w:val="8D80D2CA"/>
    <w:lvl w:ilvl="0" w:tplc="C1520810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12465"/>
    <w:multiLevelType w:val="multilevel"/>
    <w:tmpl w:val="E95E766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C3D55F5"/>
    <w:multiLevelType w:val="hybridMultilevel"/>
    <w:tmpl w:val="ADE6D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D3F55"/>
    <w:multiLevelType w:val="multilevel"/>
    <w:tmpl w:val="E2AC7B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45EE7244"/>
    <w:multiLevelType w:val="multilevel"/>
    <w:tmpl w:val="DA98A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4BD7380E"/>
    <w:multiLevelType w:val="multilevel"/>
    <w:tmpl w:val="721E742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55061670"/>
    <w:multiLevelType w:val="multilevel"/>
    <w:tmpl w:val="18224BF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79115CE3"/>
    <w:multiLevelType w:val="multilevel"/>
    <w:tmpl w:val="7E6C52A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312"/>
    <w:rsid w:val="0004087C"/>
    <w:rsid w:val="0028114A"/>
    <w:rsid w:val="002F6312"/>
    <w:rsid w:val="00437730"/>
    <w:rsid w:val="004916C3"/>
    <w:rsid w:val="004E22DC"/>
    <w:rsid w:val="00507575"/>
    <w:rsid w:val="00756A05"/>
    <w:rsid w:val="009F6DBB"/>
    <w:rsid w:val="00A32DF7"/>
    <w:rsid w:val="00BD5AC8"/>
    <w:rsid w:val="00D11975"/>
    <w:rsid w:val="00DE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8CC07005-4318-42B5-90B2-29D3C958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6FA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4F6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E618BF"/>
  </w:style>
  <w:style w:type="character" w:customStyle="1" w:styleId="FooterChar">
    <w:name w:val="Footer Char"/>
    <w:basedOn w:val="DefaultParagraphFont"/>
    <w:link w:val="Footer"/>
    <w:uiPriority w:val="99"/>
    <w:qFormat/>
    <w:rsid w:val="00E618BF"/>
  </w:style>
  <w:style w:type="character" w:customStyle="1" w:styleId="Heading1Char">
    <w:name w:val="Heading 1 Char"/>
    <w:basedOn w:val="DefaultParagraphFont"/>
    <w:link w:val="Heading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AA1D8D"/>
  </w:style>
  <w:style w:type="character" w:customStyle="1" w:styleId="BodyText2Char">
    <w:name w:val="Body Text 2 Char"/>
    <w:basedOn w:val="DefaultParagraphFont"/>
    <w:link w:val="BodyText2"/>
    <w:uiPriority w:val="99"/>
    <w:qFormat/>
    <w:rsid w:val="00AA1D8D"/>
  </w:style>
  <w:style w:type="character" w:customStyle="1" w:styleId="BodyText3Char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Указатель"/>
    <w:basedOn w:val="Normal"/>
    <w:qFormat/>
    <w:pPr>
      <w:suppressLineNumbers/>
    </w:pPr>
    <w:rPr>
      <w:rFonts w:cs="Arial"/>
    </w:rPr>
  </w:style>
  <w:style w:type="paragraph" w:customStyle="1" w:styleId="a1">
    <w:name w:val="Колонтитул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FC693F"/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B6FA4"/>
      <w:spacing w:val="5"/>
      <w:kern w:val="2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a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6FD58B-CE31-4B80-B225-B1E19FD01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Igor G. Tarancev</cp:lastModifiedBy>
  <cp:revision>5</cp:revision>
  <dcterms:created xsi:type="dcterms:W3CDTF">2026-10-15T12:35:00Z</dcterms:created>
  <dcterms:modified xsi:type="dcterms:W3CDTF">2026-10-15T13:04:00Z</dcterms:modified>
  <dc:language>ru-RU</dc:language>
</cp:coreProperties>
</file>