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312" w:rsidRPr="00437730" w:rsidRDefault="00A32DF7">
      <w:pPr>
        <w:spacing w:before="2948"/>
        <w:jc w:val="center"/>
        <w:rPr>
          <w:lang w:val="ru-RU"/>
        </w:rPr>
      </w:pPr>
      <w:r w:rsidRPr="00437730">
        <w:rPr>
          <w:b/>
          <w:color w:val="0B6FA4"/>
          <w:sz w:val="30"/>
          <w:lang w:val="ru-RU"/>
        </w:rPr>
        <w:t>ИНСТРУКЦИЯ</w:t>
      </w:r>
    </w:p>
    <w:p w:rsidR="002F6312" w:rsidRPr="00437730" w:rsidRDefault="00A32DF7">
      <w:pPr>
        <w:pStyle w:val="Title"/>
        <w:jc w:val="center"/>
        <w:rPr>
          <w:lang w:val="ru-RU"/>
        </w:rPr>
      </w:pPr>
      <w:proofErr w:type="gramStart"/>
      <w:r w:rsidRPr="00437730">
        <w:rPr>
          <w:lang w:val="ru-RU"/>
        </w:rPr>
        <w:t>по</w:t>
      </w:r>
      <w:proofErr w:type="gramEnd"/>
      <w:r w:rsidRPr="00437730">
        <w:rPr>
          <w:lang w:val="ru-RU"/>
        </w:rPr>
        <w:t xml:space="preserve"> </w:t>
      </w:r>
      <w:r w:rsidR="001252E7">
        <w:rPr>
          <w:lang w:val="ru-RU"/>
        </w:rPr>
        <w:t>настройке</w:t>
      </w:r>
      <w:r w:rsidR="00507575">
        <w:rPr>
          <w:lang w:val="ru-RU"/>
        </w:rPr>
        <w:br/>
        <w:t>специального ПО</w:t>
      </w:r>
      <w:r w:rsidR="00507575">
        <w:rPr>
          <w:lang w:val="ru-RU"/>
        </w:rPr>
        <w:br/>
        <w:t xml:space="preserve">для работы </w:t>
      </w:r>
      <w:proofErr w:type="spellStart"/>
      <w:r w:rsidR="00507575">
        <w:t>SLAlarmPlayer</w:t>
      </w:r>
      <w:proofErr w:type="spellEnd"/>
    </w:p>
    <w:p w:rsidR="002F6312" w:rsidRPr="00437730" w:rsidRDefault="00A32DF7">
      <w:pPr>
        <w:spacing w:before="280"/>
        <w:jc w:val="center"/>
        <w:rPr>
          <w:lang w:val="ru-RU"/>
        </w:rPr>
      </w:pPr>
      <w:r w:rsidRPr="00437730">
        <w:rPr>
          <w:color w:val="505050"/>
          <w:sz w:val="26"/>
          <w:lang w:val="ru-RU"/>
        </w:rPr>
        <w:t>Пошаговое руководство для пользователя</w:t>
      </w:r>
    </w:p>
    <w:p w:rsidR="002F6312" w:rsidRPr="004E22DC" w:rsidRDefault="00A32DF7">
      <w:pPr>
        <w:jc w:val="center"/>
        <w:rPr>
          <w:lang w:val="ru-RU"/>
        </w:rPr>
      </w:pPr>
      <w:r w:rsidRPr="004E22DC">
        <w:rPr>
          <w:color w:val="0B6FA4"/>
          <w:lang w:val="ru-RU"/>
        </w:rPr>
        <w:t>━━━━━━━━━━━━━━━━━━━━━━━━━━━━</w:t>
      </w:r>
    </w:p>
    <w:p w:rsidR="002F6312" w:rsidRPr="004E22DC" w:rsidRDefault="00A32DF7">
      <w:pPr>
        <w:rPr>
          <w:lang w:val="ru-RU"/>
        </w:rPr>
      </w:pPr>
      <w:r w:rsidRPr="004E22DC">
        <w:rPr>
          <w:lang w:val="ru-RU"/>
        </w:rPr>
        <w:br w:type="page"/>
      </w:r>
    </w:p>
    <w:p w:rsidR="002F6312" w:rsidRPr="004E22DC" w:rsidRDefault="00A32DF7">
      <w:pPr>
        <w:pStyle w:val="Heading1"/>
        <w:spacing w:before="0"/>
        <w:rPr>
          <w:lang w:val="ru-RU"/>
        </w:rPr>
      </w:pPr>
      <w:r w:rsidRPr="004E22DC">
        <w:rPr>
          <w:lang w:val="ru-RU"/>
        </w:rPr>
        <w:lastRenderedPageBreak/>
        <w:t>Перед началом</w:t>
      </w:r>
    </w:p>
    <w:p w:rsidR="002F6312" w:rsidRPr="001252E7" w:rsidRDefault="00A32DF7">
      <w:pPr>
        <w:rPr>
          <w:lang w:val="ru-RU"/>
        </w:rPr>
      </w:pPr>
      <w:r w:rsidRPr="00437730">
        <w:rPr>
          <w:lang w:val="ru-RU"/>
        </w:rPr>
        <w:t xml:space="preserve">В этой инструкции описана </w:t>
      </w:r>
      <w:r w:rsidR="001252E7">
        <w:rPr>
          <w:lang w:val="ru-RU"/>
        </w:rPr>
        <w:t>настройка</w:t>
      </w:r>
      <w:r w:rsidRPr="00437730">
        <w:rPr>
          <w:lang w:val="ru-RU"/>
        </w:rPr>
        <w:t xml:space="preserve"> </w:t>
      </w:r>
      <w:r w:rsidR="001252E7">
        <w:rPr>
          <w:lang w:val="ru-RU"/>
        </w:rPr>
        <w:t xml:space="preserve">ранее установленного </w:t>
      </w:r>
      <w:r w:rsidR="001252E7">
        <w:rPr>
          <w:lang w:val="ru-RU"/>
        </w:rPr>
        <w:t>специального ПО</w:t>
      </w:r>
      <w:r w:rsidR="001252E7" w:rsidRPr="001252E7">
        <w:rPr>
          <w:lang w:val="ru-RU"/>
        </w:rPr>
        <w:t xml:space="preserve"> </w:t>
      </w:r>
      <w:proofErr w:type="spellStart"/>
      <w:r w:rsidR="001252E7">
        <w:t>SLAlarmPlayer</w:t>
      </w:r>
      <w:proofErr w:type="spellEnd"/>
      <w:r w:rsidR="001252E7">
        <w:rPr>
          <w:lang w:val="ru-RU"/>
        </w:rPr>
        <w:t>.</w:t>
      </w:r>
      <w:r w:rsidR="001252E7" w:rsidRPr="001252E7">
        <w:rPr>
          <w:lang w:val="ru-RU"/>
        </w:rPr>
        <w:t xml:space="preserve"> </w:t>
      </w:r>
    </w:p>
    <w:p w:rsidR="001252E7" w:rsidRPr="001252E7" w:rsidRDefault="001252E7">
      <w:pPr>
        <w:rPr>
          <w:lang w:val="ru-RU"/>
        </w:rPr>
      </w:pPr>
      <w:r>
        <w:rPr>
          <w:lang w:val="ru-RU"/>
        </w:rPr>
        <w:t xml:space="preserve">В компьютер с </w:t>
      </w:r>
      <w:r>
        <w:rPr>
          <w:lang w:val="ru-RU"/>
        </w:rPr>
        <w:t>установленной</w:t>
      </w:r>
      <w:r w:rsidRPr="00437730">
        <w:rPr>
          <w:lang w:val="ru-RU"/>
        </w:rPr>
        <w:t xml:space="preserve">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>
        <w:rPr>
          <w:lang w:val="ru-RU"/>
        </w:rPr>
        <w:t xml:space="preserve"> и установленным </w:t>
      </w:r>
      <w:proofErr w:type="spellStart"/>
      <w:r>
        <w:rPr>
          <w:lang w:val="ru-RU"/>
        </w:rPr>
        <w:t>апдейтом</w:t>
      </w:r>
      <w:proofErr w:type="spellEnd"/>
      <w:r>
        <w:rPr>
          <w:lang w:val="ru-RU"/>
        </w:rPr>
        <w:t xml:space="preserve"> системных компонент и специального ПО должны быть установлены платы </w:t>
      </w:r>
      <w:r>
        <w:t>FD</w:t>
      </w:r>
      <w:r w:rsidRPr="001252E7">
        <w:rPr>
          <w:lang w:val="ru-RU"/>
        </w:rPr>
        <w:t>722</w:t>
      </w:r>
      <w:r>
        <w:rPr>
          <w:lang w:val="ru-RU"/>
        </w:rPr>
        <w:t xml:space="preserve"> (или аналогичная) и </w:t>
      </w:r>
      <w:r>
        <w:t>USB</w:t>
      </w:r>
      <w:r w:rsidRPr="001252E7">
        <w:rPr>
          <w:lang w:val="ru-RU"/>
        </w:rPr>
        <w:t xml:space="preserve"> </w:t>
      </w:r>
      <w:r>
        <w:rPr>
          <w:lang w:val="ru-RU"/>
        </w:rPr>
        <w:t xml:space="preserve">плата </w:t>
      </w:r>
      <w:r>
        <w:t>USB</w:t>
      </w:r>
      <w:r w:rsidRPr="001252E7">
        <w:rPr>
          <w:lang w:val="ru-RU"/>
        </w:rPr>
        <w:t xml:space="preserve"> </w:t>
      </w:r>
      <w:proofErr w:type="spellStart"/>
      <w:r>
        <w:t>Streamlabs</w:t>
      </w:r>
      <w:proofErr w:type="spellEnd"/>
      <w:r w:rsidRPr="001252E7">
        <w:rPr>
          <w:lang w:val="ru-RU"/>
        </w:rPr>
        <w:t xml:space="preserve"> </w:t>
      </w:r>
      <w:proofErr w:type="spellStart"/>
      <w:r>
        <w:rPr>
          <w:lang w:val="ru-RU"/>
        </w:rPr>
        <w:t>длоя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рбаоты</w:t>
      </w:r>
      <w:proofErr w:type="spellEnd"/>
      <w:r>
        <w:rPr>
          <w:lang w:val="ru-RU"/>
        </w:rPr>
        <w:t xml:space="preserve"> с </w:t>
      </w:r>
      <w:r>
        <w:t>GPI</w:t>
      </w:r>
      <w:r>
        <w:rPr>
          <w:lang w:val="ru-RU"/>
        </w:rPr>
        <w:t xml:space="preserve"> сигналами.</w:t>
      </w:r>
    </w:p>
    <w:p w:rsidR="00507575" w:rsidRDefault="00507575">
      <w:pPr>
        <w:spacing w:after="20"/>
        <w:rPr>
          <w:lang w:val="ru-RU"/>
        </w:rPr>
      </w:pPr>
      <w:r w:rsidRPr="00507575">
        <w:rPr>
          <w:lang w:val="ru-RU"/>
        </w:rPr>
        <w:t xml:space="preserve">Для выполнения большинства команд вам понадобятся права </w:t>
      </w:r>
      <w:proofErr w:type="spellStart"/>
      <w:r w:rsidRPr="00507575">
        <w:rPr>
          <w:lang w:val="ru-RU"/>
        </w:rPr>
        <w:t>суперпользователя</w:t>
      </w:r>
      <w:proofErr w:type="spellEnd"/>
      <w:r w:rsidRPr="00507575">
        <w:rPr>
          <w:lang w:val="ru-RU"/>
        </w:rPr>
        <w:t xml:space="preserve"> (</w:t>
      </w:r>
      <w:proofErr w:type="spellStart"/>
      <w:r w:rsidRPr="00507575">
        <w:rPr>
          <w:lang w:val="ru-RU"/>
        </w:rPr>
        <w:t>sudo</w:t>
      </w:r>
      <w:proofErr w:type="spellEnd"/>
      <w:r w:rsidRPr="00507575">
        <w:rPr>
          <w:lang w:val="ru-RU"/>
        </w:rPr>
        <w:t>).</w:t>
      </w:r>
    </w:p>
    <w:p w:rsidR="00507575" w:rsidRDefault="00507575">
      <w:pPr>
        <w:spacing w:after="20"/>
        <w:rPr>
          <w:lang w:val="ru-RU"/>
        </w:rPr>
      </w:pPr>
    </w:p>
    <w:p w:rsidR="001252E7" w:rsidRPr="001252E7" w:rsidRDefault="00A32DF7" w:rsidP="001252E7">
      <w:pPr>
        <w:pStyle w:val="Heading1"/>
        <w:rPr>
          <w:lang w:val="ru-RU"/>
        </w:rPr>
      </w:pPr>
      <w:r w:rsidRPr="00437730">
        <w:rPr>
          <w:lang w:val="ru-RU"/>
        </w:rPr>
        <w:t xml:space="preserve">Шаг 1. Скачивание </w:t>
      </w:r>
      <w:r w:rsidR="001252E7">
        <w:rPr>
          <w:lang w:val="ru-RU"/>
        </w:rPr>
        <w:t>новых версий ПО</w:t>
      </w:r>
      <w:r w:rsidR="001252E7" w:rsidRPr="001252E7">
        <w:rPr>
          <w:lang w:val="ru-RU"/>
        </w:rPr>
        <w:t xml:space="preserve"> </w:t>
      </w:r>
    </w:p>
    <w:p w:rsidR="001252E7" w:rsidRPr="001252E7" w:rsidRDefault="001252E7">
      <w:pPr>
        <w:rPr>
          <w:lang w:val="ru-RU"/>
        </w:rPr>
      </w:pPr>
      <w:r>
        <w:rPr>
          <w:lang w:val="ru-RU"/>
        </w:rPr>
        <w:t xml:space="preserve">Необходимо с помощью </w:t>
      </w:r>
      <w:proofErr w:type="spellStart"/>
      <w:r>
        <w:rPr>
          <w:lang w:val="ru-RU"/>
        </w:rPr>
        <w:t>флешки</w:t>
      </w:r>
      <w:proofErr w:type="spellEnd"/>
      <w:r>
        <w:rPr>
          <w:lang w:val="ru-RU"/>
        </w:rPr>
        <w:t xml:space="preserve"> скопировать текущий актуальный инсталлятор ПО </w:t>
      </w:r>
      <w:proofErr w:type="spellStart"/>
      <w:r>
        <w:t>SLAlarmPlayer</w:t>
      </w:r>
      <w:proofErr w:type="spellEnd"/>
      <w:r>
        <w:rPr>
          <w:lang w:val="ru-RU"/>
        </w:rPr>
        <w:t xml:space="preserve"> на целевой компьютер:</w:t>
      </w:r>
    </w:p>
    <w:p w:rsidR="001252E7" w:rsidRPr="001252E7" w:rsidRDefault="001252E7">
      <w:pPr>
        <w:rPr>
          <w:b/>
          <w:color w:val="0B6FA4"/>
          <w:lang w:val="ru-RU"/>
        </w:rPr>
      </w:pPr>
      <w:r w:rsidRPr="001252E7">
        <w:rPr>
          <w:b/>
          <w:color w:val="0B6FA4"/>
        </w:rPr>
        <w:t>https</w:t>
      </w:r>
      <w:r w:rsidRPr="001252E7">
        <w:rPr>
          <w:b/>
          <w:color w:val="0B6FA4"/>
          <w:lang w:val="ru-RU"/>
        </w:rPr>
        <w:t>://</w:t>
      </w:r>
      <w:r w:rsidRPr="001252E7">
        <w:rPr>
          <w:b/>
          <w:color w:val="0B6FA4"/>
        </w:rPr>
        <w:t>ftp</w:t>
      </w:r>
      <w:r w:rsidRPr="001252E7">
        <w:rPr>
          <w:b/>
          <w:color w:val="0B6FA4"/>
          <w:lang w:val="ru-RU"/>
        </w:rPr>
        <w:t>.</w:t>
      </w:r>
      <w:proofErr w:type="spellStart"/>
      <w:r w:rsidRPr="001252E7">
        <w:rPr>
          <w:b/>
          <w:color w:val="0B6FA4"/>
        </w:rPr>
        <w:t>sl</w:t>
      </w:r>
      <w:proofErr w:type="spellEnd"/>
      <w:r w:rsidRPr="001252E7">
        <w:rPr>
          <w:b/>
          <w:color w:val="0B6FA4"/>
          <w:lang w:val="ru-RU"/>
        </w:rPr>
        <w:t>.</w:t>
      </w:r>
      <w:proofErr w:type="spellStart"/>
      <w:r w:rsidRPr="001252E7">
        <w:rPr>
          <w:b/>
          <w:color w:val="0B6FA4"/>
        </w:rPr>
        <w:t>iae</w:t>
      </w:r>
      <w:proofErr w:type="spellEnd"/>
      <w:r w:rsidRPr="001252E7">
        <w:rPr>
          <w:b/>
          <w:color w:val="0B6FA4"/>
          <w:lang w:val="ru-RU"/>
        </w:rPr>
        <w:t>.</w:t>
      </w:r>
      <w:proofErr w:type="spellStart"/>
      <w:r w:rsidRPr="001252E7">
        <w:rPr>
          <w:b/>
          <w:color w:val="0B6FA4"/>
        </w:rPr>
        <w:t>nsk</w:t>
      </w:r>
      <w:proofErr w:type="spellEnd"/>
      <w:r w:rsidRPr="001252E7">
        <w:rPr>
          <w:b/>
          <w:color w:val="0B6FA4"/>
          <w:lang w:val="ru-RU"/>
        </w:rPr>
        <w:t>.</w:t>
      </w:r>
      <w:proofErr w:type="spellStart"/>
      <w:r w:rsidRPr="001252E7">
        <w:rPr>
          <w:b/>
          <w:color w:val="0B6FA4"/>
        </w:rPr>
        <w:t>su</w:t>
      </w:r>
      <w:proofErr w:type="spellEnd"/>
      <w:r w:rsidRPr="001252E7">
        <w:rPr>
          <w:b/>
          <w:color w:val="0B6FA4"/>
          <w:lang w:val="ru-RU"/>
        </w:rPr>
        <w:t>/</w:t>
      </w:r>
      <w:r w:rsidRPr="001252E7">
        <w:rPr>
          <w:b/>
          <w:color w:val="0B6FA4"/>
        </w:rPr>
        <w:t>Public</w:t>
      </w:r>
      <w:r w:rsidRPr="001252E7">
        <w:rPr>
          <w:b/>
          <w:color w:val="0B6FA4"/>
          <w:lang w:val="ru-RU"/>
        </w:rPr>
        <w:t>/</w:t>
      </w:r>
      <w:proofErr w:type="spellStart"/>
      <w:r w:rsidRPr="001252E7">
        <w:rPr>
          <w:b/>
          <w:color w:val="0B6FA4"/>
        </w:rPr>
        <w:t>ForwardTechSupport</w:t>
      </w:r>
      <w:proofErr w:type="spellEnd"/>
      <w:r w:rsidRPr="001252E7">
        <w:rPr>
          <w:b/>
          <w:color w:val="0B6FA4"/>
          <w:lang w:val="ru-RU"/>
        </w:rPr>
        <w:t>/</w:t>
      </w:r>
      <w:r w:rsidRPr="001252E7">
        <w:rPr>
          <w:b/>
          <w:color w:val="0B6FA4"/>
        </w:rPr>
        <w:t>For</w:t>
      </w:r>
      <w:r w:rsidRPr="001252E7">
        <w:rPr>
          <w:b/>
          <w:color w:val="0B6FA4"/>
          <w:lang w:val="ru-RU"/>
        </w:rPr>
        <w:t>_</w:t>
      </w:r>
      <w:r w:rsidRPr="001252E7">
        <w:rPr>
          <w:b/>
          <w:color w:val="0B6FA4"/>
        </w:rPr>
        <w:t>RTRS</w:t>
      </w:r>
      <w:r w:rsidRPr="001252E7">
        <w:rPr>
          <w:b/>
          <w:color w:val="0B6FA4"/>
          <w:lang w:val="ru-RU"/>
        </w:rPr>
        <w:t>/</w:t>
      </w:r>
      <w:r w:rsidRPr="001252E7">
        <w:rPr>
          <w:b/>
          <w:color w:val="0B6FA4"/>
        </w:rPr>
        <w:t>Player</w:t>
      </w:r>
      <w:r w:rsidRPr="001252E7">
        <w:rPr>
          <w:b/>
          <w:color w:val="0B6FA4"/>
          <w:lang w:val="ru-RU"/>
        </w:rPr>
        <w:t>/</w:t>
      </w:r>
      <w:r w:rsidRPr="001252E7">
        <w:rPr>
          <w:b/>
          <w:color w:val="0B6FA4"/>
          <w:lang w:val="ru-RU"/>
        </w:rPr>
        <w:br/>
      </w:r>
      <w:proofErr w:type="spellStart"/>
      <w:r w:rsidRPr="001252E7">
        <w:rPr>
          <w:b/>
          <w:color w:val="0B6FA4"/>
        </w:rPr>
        <w:t>slalarmplayer</w:t>
      </w:r>
      <w:proofErr w:type="spellEnd"/>
      <w:r w:rsidRPr="001252E7">
        <w:rPr>
          <w:b/>
          <w:color w:val="0B6FA4"/>
          <w:lang w:val="ru-RU"/>
        </w:rPr>
        <w:t>_0.0.1.32-0.5_</w:t>
      </w:r>
      <w:proofErr w:type="spellStart"/>
      <w:r w:rsidRPr="001252E7">
        <w:rPr>
          <w:b/>
          <w:color w:val="0B6FA4"/>
        </w:rPr>
        <w:t>amd</w:t>
      </w:r>
      <w:proofErr w:type="spellEnd"/>
      <w:r w:rsidRPr="001252E7">
        <w:rPr>
          <w:b/>
          <w:color w:val="0B6FA4"/>
          <w:lang w:val="ru-RU"/>
        </w:rPr>
        <w:t>64.</w:t>
      </w:r>
      <w:r w:rsidRPr="001252E7">
        <w:rPr>
          <w:b/>
          <w:color w:val="0B6FA4"/>
        </w:rPr>
        <w:t>snap</w:t>
      </w:r>
    </w:p>
    <w:p w:rsidR="001252E7" w:rsidRDefault="00194F2F">
      <w:pPr>
        <w:rPr>
          <w:lang w:val="ru-RU"/>
        </w:rPr>
      </w:pPr>
      <w:r>
        <w:rPr>
          <w:lang w:val="ru-RU"/>
        </w:rPr>
        <w:t>Т</w:t>
      </w:r>
      <w:r>
        <w:rPr>
          <w:lang w:val="ru-RU"/>
        </w:rPr>
        <w:t xml:space="preserve">екущий актуальный инсталлятор ПО </w:t>
      </w:r>
      <w:proofErr w:type="spellStart"/>
      <w:r>
        <w:t>SLGraph</w:t>
      </w:r>
      <w:proofErr w:type="spellEnd"/>
      <w:r w:rsidRPr="00194F2F">
        <w:rPr>
          <w:lang w:val="ru-RU"/>
        </w:rPr>
        <w:t>:</w:t>
      </w:r>
    </w:p>
    <w:p w:rsidR="00194F2F" w:rsidRPr="00194F2F" w:rsidRDefault="00194F2F">
      <w:pPr>
        <w:rPr>
          <w:b/>
          <w:color w:val="0B6FA4"/>
        </w:rPr>
      </w:pPr>
      <w:proofErr w:type="spellStart"/>
      <w:r w:rsidRPr="00194F2F">
        <w:rPr>
          <w:b/>
          <w:color w:val="0B6FA4"/>
        </w:rPr>
        <w:t>http</w:t>
      </w:r>
      <w:proofErr w:type="spellEnd"/>
      <w:r w:rsidRPr="00194F2F">
        <w:rPr>
          <w:b/>
          <w:color w:val="0B6FA4"/>
        </w:rPr>
        <w:t>s://ftp.sl.iae.nsk.su/Public/ForwardTechSupport/For_RTRS/sl-graph_1.2.408-0_amd64.snap</w:t>
      </w:r>
    </w:p>
    <w:p w:rsidR="00194F2F" w:rsidRDefault="00194F2F" w:rsidP="00194F2F">
      <w:pPr>
        <w:rPr>
          <w:lang w:val="ru-RU"/>
        </w:rPr>
      </w:pPr>
      <w:r>
        <w:rPr>
          <w:lang w:val="ru-RU"/>
        </w:rPr>
        <w:t>Текущий актуальн</w:t>
      </w:r>
      <w:r>
        <w:rPr>
          <w:lang w:val="ru-RU"/>
        </w:rPr>
        <w:t>ые</w:t>
      </w:r>
      <w:r>
        <w:rPr>
          <w:lang w:val="ru-RU"/>
        </w:rPr>
        <w:t xml:space="preserve"> инсталлятор</w:t>
      </w:r>
      <w:r>
        <w:rPr>
          <w:lang w:val="ru-RU"/>
        </w:rPr>
        <w:t>ы</w:t>
      </w:r>
      <w:r>
        <w:rPr>
          <w:lang w:val="ru-RU"/>
        </w:rPr>
        <w:t xml:space="preserve"> ПО</w:t>
      </w:r>
      <w:r>
        <w:rPr>
          <w:lang w:val="ru-RU"/>
        </w:rPr>
        <w:t xml:space="preserve"> плат </w:t>
      </w:r>
      <w:proofErr w:type="spellStart"/>
      <w:r>
        <w:t>FDExt</w:t>
      </w:r>
      <w:proofErr w:type="spellEnd"/>
      <w:r w:rsidRPr="00194F2F">
        <w:rPr>
          <w:lang w:val="ru-RU"/>
        </w:rPr>
        <w:t>:</w:t>
      </w:r>
    </w:p>
    <w:p w:rsidR="00194F2F" w:rsidRDefault="00194F2F" w:rsidP="00194F2F">
      <w:pPr>
        <w:rPr>
          <w:b/>
          <w:color w:val="0B6FA4"/>
          <w:lang w:val="ru-RU"/>
        </w:rPr>
      </w:pPr>
      <w:r>
        <w:rPr>
          <w:b/>
          <w:color w:val="0B6FA4"/>
        </w:rPr>
        <w:t>ht</w:t>
      </w:r>
      <w:r w:rsidRPr="00194F2F">
        <w:rPr>
          <w:b/>
          <w:color w:val="0B6FA4"/>
        </w:rPr>
        <w:t>tp</w:t>
      </w:r>
      <w:r>
        <w:rPr>
          <w:b/>
          <w:color w:val="0B6FA4"/>
        </w:rPr>
        <w:t>s</w:t>
      </w:r>
      <w:r w:rsidRPr="00194F2F">
        <w:rPr>
          <w:b/>
          <w:color w:val="0B6FA4"/>
          <w:lang w:val="ru-RU"/>
        </w:rPr>
        <w:t>://</w:t>
      </w:r>
      <w:r w:rsidRPr="00194F2F">
        <w:rPr>
          <w:b/>
          <w:color w:val="0B6FA4"/>
        </w:rPr>
        <w:t>ftp</w:t>
      </w:r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sl</w:t>
      </w:r>
      <w:proofErr w:type="spellEnd"/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iae</w:t>
      </w:r>
      <w:proofErr w:type="spellEnd"/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nsk</w:t>
      </w:r>
      <w:proofErr w:type="spellEnd"/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su</w:t>
      </w:r>
      <w:proofErr w:type="spellEnd"/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Public</w:t>
      </w:r>
      <w:r w:rsidRPr="00194F2F">
        <w:rPr>
          <w:b/>
          <w:color w:val="0B6FA4"/>
          <w:lang w:val="ru-RU"/>
        </w:rPr>
        <w:t>/</w:t>
      </w:r>
      <w:proofErr w:type="spellStart"/>
      <w:r w:rsidRPr="00194F2F">
        <w:rPr>
          <w:b/>
          <w:color w:val="0B6FA4"/>
        </w:rPr>
        <w:t>ForwardTechSupport</w:t>
      </w:r>
      <w:proofErr w:type="spellEnd"/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For</w:t>
      </w:r>
      <w:r w:rsidRPr="00194F2F">
        <w:rPr>
          <w:b/>
          <w:color w:val="0B6FA4"/>
          <w:lang w:val="ru-RU"/>
        </w:rPr>
        <w:t>_</w:t>
      </w:r>
      <w:r w:rsidRPr="00194F2F">
        <w:rPr>
          <w:b/>
          <w:color w:val="0B6FA4"/>
        </w:rPr>
        <w:t>RTRS</w:t>
      </w:r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Player</w:t>
      </w:r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driver</w:t>
      </w:r>
      <w:r w:rsidRPr="00194F2F">
        <w:rPr>
          <w:b/>
          <w:color w:val="0B6FA4"/>
          <w:lang w:val="ru-RU"/>
        </w:rPr>
        <w:t>/</w:t>
      </w:r>
      <w:proofErr w:type="spellStart"/>
      <w:r w:rsidRPr="00194F2F">
        <w:rPr>
          <w:b/>
          <w:color w:val="0B6FA4"/>
        </w:rPr>
        <w:t>fdext</w:t>
      </w:r>
      <w:proofErr w:type="spellEnd"/>
      <w:r w:rsidRPr="00194F2F">
        <w:rPr>
          <w:b/>
          <w:color w:val="0B6FA4"/>
          <w:lang w:val="ru-RU"/>
        </w:rPr>
        <w:t>-</w:t>
      </w:r>
      <w:r w:rsidRPr="00194F2F">
        <w:rPr>
          <w:b/>
          <w:color w:val="0B6FA4"/>
        </w:rPr>
        <w:t>drivers</w:t>
      </w:r>
      <w:r w:rsidRPr="00194F2F">
        <w:rPr>
          <w:b/>
          <w:color w:val="0B6FA4"/>
          <w:lang w:val="ru-RU"/>
        </w:rPr>
        <w:t>_1.1.2_</w:t>
      </w:r>
      <w:proofErr w:type="spellStart"/>
      <w:r w:rsidRPr="00194F2F">
        <w:rPr>
          <w:b/>
          <w:color w:val="0B6FA4"/>
        </w:rPr>
        <w:t>amd</w:t>
      </w:r>
      <w:proofErr w:type="spellEnd"/>
      <w:r w:rsidRPr="00194F2F">
        <w:rPr>
          <w:b/>
          <w:color w:val="0B6FA4"/>
          <w:lang w:val="ru-RU"/>
        </w:rPr>
        <w:t>64.</w:t>
      </w:r>
      <w:r w:rsidRPr="00194F2F">
        <w:rPr>
          <w:b/>
          <w:color w:val="0B6FA4"/>
        </w:rPr>
        <w:t>deb</w:t>
      </w:r>
    </w:p>
    <w:p w:rsidR="00194F2F" w:rsidRDefault="00194F2F" w:rsidP="00194F2F">
      <w:pPr>
        <w:rPr>
          <w:b/>
          <w:color w:val="0B6FA4"/>
          <w:lang w:val="ru-RU"/>
        </w:rPr>
      </w:pPr>
      <w:r>
        <w:rPr>
          <w:b/>
          <w:color w:val="0B6FA4"/>
        </w:rPr>
        <w:t>ht</w:t>
      </w:r>
      <w:r w:rsidRPr="00194F2F">
        <w:rPr>
          <w:b/>
          <w:color w:val="0B6FA4"/>
        </w:rPr>
        <w:t>tp</w:t>
      </w:r>
      <w:r>
        <w:rPr>
          <w:b/>
          <w:color w:val="0B6FA4"/>
        </w:rPr>
        <w:t>s</w:t>
      </w:r>
      <w:r w:rsidRPr="00194F2F">
        <w:rPr>
          <w:b/>
          <w:color w:val="0B6FA4"/>
          <w:lang w:val="ru-RU"/>
        </w:rPr>
        <w:t>://</w:t>
      </w:r>
      <w:r w:rsidRPr="00194F2F">
        <w:rPr>
          <w:b/>
          <w:color w:val="0B6FA4"/>
        </w:rPr>
        <w:t>ftp</w:t>
      </w:r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sl</w:t>
      </w:r>
      <w:proofErr w:type="spellEnd"/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iae</w:t>
      </w:r>
      <w:proofErr w:type="spellEnd"/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nsk</w:t>
      </w:r>
      <w:proofErr w:type="spellEnd"/>
      <w:r w:rsidRPr="00194F2F">
        <w:rPr>
          <w:b/>
          <w:color w:val="0B6FA4"/>
          <w:lang w:val="ru-RU"/>
        </w:rPr>
        <w:t>.</w:t>
      </w:r>
      <w:proofErr w:type="spellStart"/>
      <w:r w:rsidRPr="00194F2F">
        <w:rPr>
          <w:b/>
          <w:color w:val="0B6FA4"/>
        </w:rPr>
        <w:t>su</w:t>
      </w:r>
      <w:proofErr w:type="spellEnd"/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Public</w:t>
      </w:r>
      <w:r w:rsidRPr="00194F2F">
        <w:rPr>
          <w:b/>
          <w:color w:val="0B6FA4"/>
          <w:lang w:val="ru-RU"/>
        </w:rPr>
        <w:t>/</w:t>
      </w:r>
      <w:proofErr w:type="spellStart"/>
      <w:r w:rsidRPr="00194F2F">
        <w:rPr>
          <w:b/>
          <w:color w:val="0B6FA4"/>
        </w:rPr>
        <w:t>ForwardTechSupport</w:t>
      </w:r>
      <w:proofErr w:type="spellEnd"/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For</w:t>
      </w:r>
      <w:r w:rsidRPr="00194F2F">
        <w:rPr>
          <w:b/>
          <w:color w:val="0B6FA4"/>
          <w:lang w:val="ru-RU"/>
        </w:rPr>
        <w:t>_</w:t>
      </w:r>
      <w:r w:rsidRPr="00194F2F">
        <w:rPr>
          <w:b/>
          <w:color w:val="0B6FA4"/>
        </w:rPr>
        <w:t>RTRS</w:t>
      </w:r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Player</w:t>
      </w:r>
      <w:r w:rsidRPr="00194F2F">
        <w:rPr>
          <w:b/>
          <w:color w:val="0B6FA4"/>
          <w:lang w:val="ru-RU"/>
        </w:rPr>
        <w:t>/</w:t>
      </w:r>
      <w:r w:rsidRPr="00194F2F">
        <w:rPr>
          <w:b/>
          <w:color w:val="0B6FA4"/>
        </w:rPr>
        <w:t>driver</w:t>
      </w:r>
      <w:r w:rsidRPr="00194F2F">
        <w:rPr>
          <w:b/>
          <w:color w:val="0B6FA4"/>
          <w:lang w:val="ru-RU"/>
        </w:rPr>
        <w:t>/</w:t>
      </w:r>
      <w:proofErr w:type="spellStart"/>
      <w:r w:rsidRPr="00194F2F">
        <w:rPr>
          <w:b/>
          <w:color w:val="0B6FA4"/>
        </w:rPr>
        <w:t>fdextserver</w:t>
      </w:r>
      <w:proofErr w:type="spellEnd"/>
      <w:r w:rsidRPr="00194F2F">
        <w:rPr>
          <w:b/>
          <w:color w:val="0B6FA4"/>
          <w:lang w:val="ru-RU"/>
        </w:rPr>
        <w:t>_1.1.3_</w:t>
      </w:r>
      <w:proofErr w:type="spellStart"/>
      <w:r w:rsidRPr="00194F2F">
        <w:rPr>
          <w:b/>
          <w:color w:val="0B6FA4"/>
        </w:rPr>
        <w:t>amd</w:t>
      </w:r>
      <w:proofErr w:type="spellEnd"/>
      <w:r w:rsidRPr="00194F2F">
        <w:rPr>
          <w:b/>
          <w:color w:val="0B6FA4"/>
          <w:lang w:val="ru-RU"/>
        </w:rPr>
        <w:t>64.</w:t>
      </w:r>
      <w:r w:rsidRPr="00194F2F">
        <w:rPr>
          <w:b/>
          <w:color w:val="0B6FA4"/>
        </w:rPr>
        <w:t>deb</w:t>
      </w:r>
    </w:p>
    <w:p w:rsidR="00194F2F" w:rsidRDefault="00194F2F">
      <w:pPr>
        <w:rPr>
          <w:lang w:val="ru-RU"/>
        </w:rPr>
      </w:pPr>
      <w:r>
        <w:rPr>
          <w:lang w:val="ru-RU"/>
        </w:rPr>
        <w:t>А также конфигурационный файл для нужного типа платы, например:</w:t>
      </w:r>
    </w:p>
    <w:p w:rsidR="00194F2F" w:rsidRPr="00194F2F" w:rsidRDefault="00194F2F">
      <w:pPr>
        <w:rPr>
          <w:b/>
          <w:color w:val="0B6FA4"/>
        </w:rPr>
      </w:pPr>
      <w:proofErr w:type="spellStart"/>
      <w:r w:rsidRPr="00194F2F">
        <w:rPr>
          <w:b/>
          <w:color w:val="0B6FA4"/>
        </w:rPr>
        <w:t>http</w:t>
      </w:r>
      <w:proofErr w:type="spellEnd"/>
      <w:r w:rsidRPr="00194F2F">
        <w:rPr>
          <w:b/>
          <w:color w:val="0B6FA4"/>
        </w:rPr>
        <w:t>s://ftp.sl.iae.nsk.su/Public/ForwardTechSupport/For_RTRS/Player/driver/FD722_SD_16x9.reg</w:t>
      </w:r>
    </w:p>
    <w:p w:rsidR="00507575" w:rsidRDefault="00507575">
      <w:pPr>
        <w:spacing w:after="20"/>
        <w:rPr>
          <w:lang w:val="ru-RU"/>
        </w:rPr>
      </w:pPr>
    </w:p>
    <w:p w:rsidR="007A2A38" w:rsidRDefault="007A2A38" w:rsidP="007A2A38">
      <w:pPr>
        <w:rPr>
          <w:lang w:val="ru-RU"/>
        </w:rPr>
      </w:pPr>
      <w:r>
        <w:rPr>
          <w:lang w:val="ru-RU"/>
        </w:rPr>
        <w:t xml:space="preserve">Все файлы при установке следует копировать во временную папку </w:t>
      </w:r>
      <w:r w:rsidRPr="007A2A38">
        <w:rPr>
          <w:lang w:val="ru-RU"/>
        </w:rPr>
        <w:t>/</w:t>
      </w:r>
      <w:proofErr w:type="spellStart"/>
      <w:r>
        <w:t>tmp</w:t>
      </w:r>
      <w:proofErr w:type="spellEnd"/>
      <w:r>
        <w:rPr>
          <w:lang w:val="ru-RU"/>
        </w:rPr>
        <w:t>, откуда они будут автоматически удаляться при перезапуске системы.</w:t>
      </w:r>
    </w:p>
    <w:p w:rsidR="007A2A38" w:rsidRDefault="007A2A38">
      <w:pPr>
        <w:spacing w:after="20"/>
        <w:rPr>
          <w:lang w:val="ru-RU"/>
        </w:rPr>
      </w:pPr>
    </w:p>
    <w:p w:rsidR="002F6312" w:rsidRPr="007A2A38" w:rsidRDefault="00A32DF7" w:rsidP="00DE047F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 xml:space="preserve">Шаг </w:t>
      </w:r>
      <w:r w:rsidR="00507575">
        <w:rPr>
          <w:lang w:val="ru-RU"/>
        </w:rPr>
        <w:t>2</w:t>
      </w:r>
      <w:r w:rsidRPr="00437730">
        <w:rPr>
          <w:lang w:val="ru-RU"/>
        </w:rPr>
        <w:t xml:space="preserve">. </w:t>
      </w:r>
      <w:r w:rsidR="00194F2F">
        <w:rPr>
          <w:lang w:val="ru-RU"/>
        </w:rPr>
        <w:t xml:space="preserve">Обновление </w:t>
      </w:r>
      <w:r w:rsidR="007A2A38">
        <w:rPr>
          <w:lang w:val="ru-RU"/>
        </w:rPr>
        <w:t>драйверов</w:t>
      </w:r>
    </w:p>
    <w:p w:rsidR="007A2A38" w:rsidRPr="007A2A38" w:rsidRDefault="007A2A38" w:rsidP="007A2A38">
      <w:pPr>
        <w:rPr>
          <w:rFonts w:ascii="Courier New" w:hAnsi="Courier New" w:cs="Courier New"/>
          <w:b/>
          <w:lang w:val="ru-RU"/>
        </w:rPr>
      </w:pPr>
      <w:r>
        <w:rPr>
          <w:lang w:val="ru-RU"/>
        </w:rPr>
        <w:t xml:space="preserve">Перед обновлением компонент необходимо остановить работу ПО следующими </w:t>
      </w:r>
      <w:proofErr w:type="gramStart"/>
      <w:r>
        <w:rPr>
          <w:lang w:val="ru-RU"/>
        </w:rPr>
        <w:t>командами:</w:t>
      </w:r>
      <w:r>
        <w:rPr>
          <w:lang w:val="ru-RU"/>
        </w:rPr>
        <w:br/>
      </w:r>
      <w:proofErr w:type="spell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proofErr w:type="gram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snap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stop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sl-graph</w:t>
      </w:r>
      <w:proofErr w:type="spellEnd"/>
      <w:r>
        <w:rPr>
          <w:rFonts w:ascii="Courier New" w:hAnsi="Courier New" w:cs="Courier New"/>
          <w:b/>
          <w:lang w:val="ru-RU"/>
        </w:rPr>
        <w:br/>
      </w:r>
      <w:proofErr w:type="spell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snap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stop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slalarmplayer</w:t>
      </w:r>
      <w:proofErr w:type="spellEnd"/>
      <w:r>
        <w:rPr>
          <w:rFonts w:ascii="Courier New" w:hAnsi="Courier New" w:cs="Courier New"/>
          <w:b/>
          <w:lang w:val="ru-RU"/>
        </w:rPr>
        <w:br/>
      </w:r>
      <w:proofErr w:type="spell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systemctl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stop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</w:t>
      </w:r>
      <w:proofErr w:type="spellStart"/>
      <w:r w:rsidRPr="007A2A38">
        <w:rPr>
          <w:rFonts w:ascii="Courier New" w:hAnsi="Courier New" w:cs="Courier New"/>
          <w:b/>
          <w:lang w:val="ru-RU"/>
        </w:rPr>
        <w:t>fdextserver</w:t>
      </w:r>
      <w:proofErr w:type="spellEnd"/>
    </w:p>
    <w:p w:rsidR="007A2A38" w:rsidRPr="007A2A38" w:rsidRDefault="007A2A38" w:rsidP="00BD5AC8">
      <w:pPr>
        <w:rPr>
          <w:lang w:val="ru-RU"/>
        </w:rPr>
      </w:pPr>
      <w:bookmarkStart w:id="0" w:name="_GoBack"/>
      <w:bookmarkEnd w:id="0"/>
    </w:p>
    <w:p w:rsidR="00194F2F" w:rsidRDefault="00DE27B0" w:rsidP="00BD5AC8">
      <w:pPr>
        <w:rPr>
          <w:lang w:val="ru-RU"/>
        </w:rPr>
      </w:pPr>
      <w:r>
        <w:rPr>
          <w:lang w:val="ru-RU"/>
        </w:rPr>
        <w:t xml:space="preserve">Для обновления драйверов </w:t>
      </w:r>
      <w:proofErr w:type="spellStart"/>
      <w:r w:rsidR="007A2A38">
        <w:t>FDExt</w:t>
      </w:r>
      <w:proofErr w:type="spellEnd"/>
      <w:r w:rsidR="007A2A38">
        <w:rPr>
          <w:lang w:val="ru-RU"/>
        </w:rPr>
        <w:t xml:space="preserve"> необходимо удалить текущую версию и установить новую версию. Для удаления текущей версии необходимо выполнить следующие команды:</w:t>
      </w:r>
    </w:p>
    <w:p w:rsidR="007A2A38" w:rsidRPr="007A2A38" w:rsidRDefault="007A2A38" w:rsidP="007A2A38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proofErr w:type="gramEnd"/>
      <w:r w:rsidRPr="007A2A38">
        <w:rPr>
          <w:rFonts w:ascii="Courier New" w:hAnsi="Courier New" w:cs="Courier New"/>
          <w:b/>
          <w:lang w:val="ru-RU"/>
        </w:rPr>
        <w:t xml:space="preserve"> apt remove forward-</w:t>
      </w:r>
      <w:proofErr w:type="spellStart"/>
      <w:r w:rsidRPr="007A2A38">
        <w:rPr>
          <w:rFonts w:ascii="Courier New" w:hAnsi="Courier New" w:cs="Courier New"/>
          <w:b/>
          <w:lang w:val="ru-RU"/>
        </w:rPr>
        <w:t>utils</w:t>
      </w:r>
      <w:proofErr w:type="spellEnd"/>
      <w:r w:rsidRPr="007A2A38">
        <w:rPr>
          <w:rFonts w:ascii="Courier New" w:hAnsi="Courier New" w:cs="Courier New"/>
          <w:b/>
          <w:lang w:val="ru-RU"/>
        </w:rPr>
        <w:br/>
      </w:r>
      <w:proofErr w:type="spell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apt remove forward-driver</w:t>
      </w:r>
    </w:p>
    <w:p w:rsidR="007A2A38" w:rsidRDefault="007A2A38" w:rsidP="00BD5AC8">
      <w:pPr>
        <w:rPr>
          <w:lang w:val="ru-RU"/>
        </w:rPr>
      </w:pPr>
      <w:r>
        <w:rPr>
          <w:lang w:val="ru-RU"/>
        </w:rPr>
        <w:t>Затем нужно выполнить установку новых версий из временной папки:</w:t>
      </w:r>
    </w:p>
    <w:p w:rsidR="007A2A38" w:rsidRPr="007A2A38" w:rsidRDefault="007A2A38" w:rsidP="007A2A38">
      <w:pPr>
        <w:rPr>
          <w:rFonts w:ascii="Courier New" w:hAnsi="Courier New" w:cs="Courier New"/>
          <w:b/>
          <w:lang w:val="ru-RU"/>
        </w:rPr>
      </w:pPr>
      <w:proofErr w:type="spellStart"/>
      <w:proofErr w:type="gram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proofErr w:type="gramEnd"/>
      <w:r w:rsidRPr="007A2A38">
        <w:rPr>
          <w:rFonts w:ascii="Courier New" w:hAnsi="Courier New" w:cs="Courier New"/>
          <w:b/>
          <w:lang w:val="ru-RU"/>
        </w:rPr>
        <w:t xml:space="preserve"> apt install /</w:t>
      </w:r>
      <w:proofErr w:type="spellStart"/>
      <w:r w:rsidRPr="007A2A38">
        <w:rPr>
          <w:rFonts w:ascii="Courier New" w:hAnsi="Courier New" w:cs="Courier New"/>
          <w:b/>
          <w:lang w:val="ru-RU"/>
        </w:rPr>
        <w:t>tm</w:t>
      </w:r>
      <w:r w:rsidRPr="007A2A38">
        <w:rPr>
          <w:rFonts w:ascii="Courier New" w:hAnsi="Courier New" w:cs="Courier New"/>
          <w:b/>
          <w:lang w:val="ru-RU"/>
        </w:rPr>
        <w:t>p</w:t>
      </w:r>
      <w:proofErr w:type="spellEnd"/>
      <w:r w:rsidRPr="007A2A38">
        <w:rPr>
          <w:rFonts w:ascii="Courier New" w:hAnsi="Courier New" w:cs="Courier New"/>
          <w:b/>
          <w:lang w:val="ru-RU"/>
        </w:rPr>
        <w:t>/fdext-drivers_1.1.2_amd64.deb</w:t>
      </w:r>
      <w:r w:rsidRPr="007A2A38">
        <w:rPr>
          <w:rFonts w:ascii="Courier New" w:hAnsi="Courier New" w:cs="Courier New"/>
          <w:b/>
          <w:lang w:val="ru-RU"/>
        </w:rPr>
        <w:br/>
      </w:r>
      <w:proofErr w:type="spellStart"/>
      <w:r w:rsidRPr="007A2A38">
        <w:rPr>
          <w:rFonts w:ascii="Courier New" w:hAnsi="Courier New" w:cs="Courier New"/>
          <w:b/>
          <w:lang w:val="ru-RU"/>
        </w:rPr>
        <w:t>sudo</w:t>
      </w:r>
      <w:proofErr w:type="spellEnd"/>
      <w:r w:rsidRPr="007A2A38">
        <w:rPr>
          <w:rFonts w:ascii="Courier New" w:hAnsi="Courier New" w:cs="Courier New"/>
          <w:b/>
          <w:lang w:val="ru-RU"/>
        </w:rPr>
        <w:t xml:space="preserve"> apt install /</w:t>
      </w:r>
      <w:proofErr w:type="spellStart"/>
      <w:r w:rsidRPr="007A2A38">
        <w:rPr>
          <w:rFonts w:ascii="Courier New" w:hAnsi="Courier New" w:cs="Courier New"/>
          <w:b/>
          <w:lang w:val="ru-RU"/>
        </w:rPr>
        <w:t>tmp</w:t>
      </w:r>
      <w:proofErr w:type="spellEnd"/>
      <w:r w:rsidRPr="007A2A38">
        <w:rPr>
          <w:rFonts w:ascii="Courier New" w:hAnsi="Courier New" w:cs="Courier New"/>
          <w:b/>
          <w:lang w:val="ru-RU"/>
        </w:rPr>
        <w:t>/fdextserver_1.1.3_amd64.deb</w:t>
      </w:r>
    </w:p>
    <w:p w:rsidR="007A2A38" w:rsidRPr="007A2A38" w:rsidRDefault="007A2A38" w:rsidP="007A2A38">
      <w:pPr>
        <w:rPr>
          <w:lang w:val="ru-RU"/>
        </w:rPr>
      </w:pPr>
      <w:r>
        <w:rPr>
          <w:lang w:val="ru-RU"/>
        </w:rPr>
        <w:t>Далее нужно выполнить перезапуск ПК.</w:t>
      </w:r>
    </w:p>
    <w:p w:rsidR="007A2A38" w:rsidRDefault="007A2A38" w:rsidP="007A2A38">
      <w:pPr>
        <w:rPr>
          <w:lang w:val="ru-RU"/>
        </w:rPr>
      </w:pPr>
    </w:p>
    <w:p w:rsidR="001B5CF0" w:rsidRPr="001B5CF0" w:rsidRDefault="001B5CF0" w:rsidP="001B5CF0">
      <w:pPr>
        <w:rPr>
          <w:lang w:val="ru-RU"/>
        </w:rPr>
      </w:pPr>
      <w:r w:rsidRPr="001B5CF0">
        <w:rPr>
          <w:lang w:val="ru-RU"/>
        </w:rPr>
        <w:t>Затем нужно проверить прошивку, запустив утилиту</w:t>
      </w:r>
    </w:p>
    <w:p w:rsidR="001B5CF0" w:rsidRPr="001B5CF0" w:rsidRDefault="001B5CF0" w:rsidP="001B5CF0">
      <w:pPr>
        <w:rPr>
          <w:rFonts w:ascii="Courier New" w:hAnsi="Courier New" w:cs="Courier New"/>
          <w:b/>
          <w:lang w:val="ru-RU"/>
        </w:rPr>
      </w:pPr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opt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softlab-nsk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fdextserver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fdextflushfirmware</w:t>
      </w:r>
      <w:proofErr w:type="spellEnd"/>
    </w:p>
    <w:p w:rsidR="001B5CF0" w:rsidRPr="001B5CF0" w:rsidRDefault="001B5CF0" w:rsidP="001B5CF0">
      <w:pPr>
        <w:rPr>
          <w:lang w:val="ru-RU"/>
        </w:rPr>
      </w:pPr>
      <w:r w:rsidRPr="001B5CF0">
        <w:rPr>
          <w:lang w:val="ru-RU"/>
        </w:rPr>
        <w:t>Если нужно обновить прошивку, то нужно использовать утилиту с ключом -F:</w:t>
      </w:r>
    </w:p>
    <w:p w:rsidR="001B5CF0" w:rsidRPr="001B5CF0" w:rsidRDefault="001B5CF0" w:rsidP="001B5CF0">
      <w:pPr>
        <w:rPr>
          <w:rFonts w:ascii="Courier New" w:hAnsi="Courier New" w:cs="Courier New"/>
          <w:b/>
          <w:lang w:val="ru-RU"/>
        </w:rPr>
      </w:pPr>
      <w:r w:rsidRPr="001B5CF0">
        <w:rPr>
          <w:rFonts w:ascii="Courier New" w:hAnsi="Courier New" w:cs="Courier New"/>
          <w:b/>
          <w:lang w:val="ru-RU"/>
        </w:rPr>
        <w:t>/opt/</w:t>
      </w:r>
      <w:proofErr w:type="spellStart"/>
      <w:r w:rsidRPr="001B5CF0">
        <w:rPr>
          <w:rFonts w:ascii="Courier New" w:hAnsi="Courier New" w:cs="Courier New"/>
          <w:b/>
          <w:lang w:val="ru-RU"/>
        </w:rPr>
        <w:t>softlab-nsk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fdextserver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fdextflushfirmware</w:t>
      </w:r>
      <w:proofErr w:type="spellEnd"/>
      <w:r w:rsidRPr="001B5CF0">
        <w:rPr>
          <w:rFonts w:ascii="Courier New" w:hAnsi="Courier New" w:cs="Courier New"/>
          <w:b/>
          <w:lang w:val="ru-RU"/>
        </w:rPr>
        <w:t xml:space="preserve"> -F</w:t>
      </w:r>
    </w:p>
    <w:p w:rsidR="001B5CF0" w:rsidRPr="001B5CF0" w:rsidRDefault="001B5CF0" w:rsidP="001B5CF0">
      <w:pPr>
        <w:rPr>
          <w:lang w:val="ru-RU"/>
        </w:rPr>
      </w:pPr>
      <w:proofErr w:type="gramStart"/>
      <w:r w:rsidRPr="001B5CF0">
        <w:rPr>
          <w:lang w:val="ru-RU"/>
        </w:rPr>
        <w:t>и</w:t>
      </w:r>
      <w:proofErr w:type="gramEnd"/>
      <w:r w:rsidRPr="001B5CF0">
        <w:rPr>
          <w:lang w:val="ru-RU"/>
        </w:rPr>
        <w:t xml:space="preserve"> после обновления прошивки обязательно выполнить холодный рестарт.</w:t>
      </w:r>
    </w:p>
    <w:p w:rsidR="001B5CF0" w:rsidRDefault="001B5CF0" w:rsidP="007A2A38">
      <w:pPr>
        <w:rPr>
          <w:lang w:val="ru-RU"/>
        </w:rPr>
      </w:pPr>
    </w:p>
    <w:p w:rsidR="001B5CF0" w:rsidRDefault="001B5CF0" w:rsidP="007A2A38">
      <w:pPr>
        <w:rPr>
          <w:lang w:val="ru-RU"/>
        </w:rPr>
      </w:pPr>
      <w:r>
        <w:rPr>
          <w:lang w:val="ru-RU"/>
        </w:rPr>
        <w:t xml:space="preserve">После перезапуска нужно открыть </w:t>
      </w:r>
      <w:r>
        <w:t>web</w:t>
      </w:r>
      <w:r w:rsidRPr="001B5CF0">
        <w:rPr>
          <w:lang w:val="ru-RU"/>
        </w:rPr>
        <w:t>-</w:t>
      </w:r>
      <w:r>
        <w:rPr>
          <w:lang w:val="ru-RU"/>
        </w:rPr>
        <w:t>страницу на порту 8008, указать логин пароль «</w:t>
      </w:r>
      <w:r>
        <w:t>admin</w:t>
      </w:r>
      <w:r>
        <w:rPr>
          <w:lang w:val="ru-RU"/>
        </w:rPr>
        <w:t>» и «</w:t>
      </w:r>
      <w:r>
        <w:t>admin</w:t>
      </w:r>
      <w:r>
        <w:rPr>
          <w:lang w:val="ru-RU"/>
        </w:rPr>
        <w:t>». На странице «</w:t>
      </w:r>
      <w:r>
        <w:t>Boards</w:t>
      </w:r>
      <w:r>
        <w:rPr>
          <w:lang w:val="ru-RU"/>
        </w:rPr>
        <w:t xml:space="preserve">» должна отображаться плата </w:t>
      </w:r>
      <w:r>
        <w:t>FD</w:t>
      </w:r>
      <w:r w:rsidRPr="001B5CF0">
        <w:rPr>
          <w:lang w:val="ru-RU"/>
        </w:rPr>
        <w:t>722</w:t>
      </w:r>
      <w:r>
        <w:rPr>
          <w:lang w:val="ru-RU"/>
        </w:rPr>
        <w:t xml:space="preserve"> со своим номером. Необходимо для этого номера платы получить регистрационный файл с лицензиями на ПО и скопировать его в папку </w:t>
      </w:r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lib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softlab-nsk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fdextserver</w:t>
      </w:r>
      <w:proofErr w:type="spellEnd"/>
      <w:r w:rsidRPr="001B5CF0">
        <w:rPr>
          <w:rFonts w:ascii="Courier New" w:hAnsi="Courier New" w:cs="Courier New"/>
          <w:b/>
          <w:lang w:val="ru-RU"/>
        </w:rPr>
        <w:t>/</w:t>
      </w:r>
      <w:proofErr w:type="spellStart"/>
      <w:r w:rsidRPr="001B5CF0">
        <w:rPr>
          <w:rFonts w:ascii="Courier New" w:hAnsi="Courier New" w:cs="Courier New"/>
          <w:b/>
          <w:lang w:val="ru-RU"/>
        </w:rPr>
        <w:t>regfiles</w:t>
      </w:r>
      <w:proofErr w:type="spellEnd"/>
      <w:r>
        <w:rPr>
          <w:lang w:val="ru-RU"/>
        </w:rPr>
        <w:t xml:space="preserve">. </w:t>
      </w:r>
    </w:p>
    <w:p w:rsidR="001B5CF0" w:rsidRDefault="001B5CF0" w:rsidP="007A2A38">
      <w:pPr>
        <w:rPr>
          <w:lang w:val="ru-RU"/>
        </w:rPr>
      </w:pPr>
      <w:r>
        <w:rPr>
          <w:lang w:val="ru-RU"/>
        </w:rPr>
        <w:t>Также в эту папку необходимо скопировать файл с конфигурацией платы: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FD722_HD.reg - для платы FD722 в режиме HD (1920x1080i50, 25fps)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FD722_SD_16x9.reg - для платы FD722 в режиме SD 16x9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FD722_SD_4x3.reg - для платы FD722 в режиме SD 4x3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FD788_HD.reg - для платы FD788 в режиме HD (1920x1080i50, 25fps)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FD788_SD_16x9.reg - для платы FD788 в режиме SD 16x9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FD788_SD_4x3.reg - для платы FD788 в режиме SD 4x3</w:t>
      </w:r>
    </w:p>
    <w:p w:rsidR="001B5CF0" w:rsidRPr="001B5CF0" w:rsidRDefault="001B5CF0" w:rsidP="001B5CF0">
      <w:pPr>
        <w:pStyle w:val="ListParagraph"/>
        <w:numPr>
          <w:ilvl w:val="0"/>
          <w:numId w:val="10"/>
        </w:numPr>
        <w:rPr>
          <w:lang w:val="ru-RU"/>
        </w:rPr>
      </w:pPr>
      <w:r w:rsidRPr="001B5CF0">
        <w:rPr>
          <w:lang w:val="ru-RU"/>
        </w:rPr>
        <w:t>FD922.reg - для платы FD922 в режиме HD</w:t>
      </w:r>
    </w:p>
    <w:p w:rsidR="001B5CF0" w:rsidRDefault="001B5CF0" w:rsidP="001B5CF0">
      <w:pPr>
        <w:rPr>
          <w:lang w:val="ru-RU"/>
        </w:rPr>
      </w:pPr>
    </w:p>
    <w:p w:rsidR="001B5CF0" w:rsidRDefault="001B5CF0" w:rsidP="001B5CF0">
      <w:pPr>
        <w:rPr>
          <w:lang w:val="ru-RU"/>
        </w:rPr>
      </w:pPr>
      <w:r>
        <w:rPr>
          <w:lang w:val="ru-RU"/>
        </w:rPr>
        <w:t xml:space="preserve">Далее необходимо перезапустить ПК. </w:t>
      </w:r>
    </w:p>
    <w:p w:rsidR="001B5CF0" w:rsidRDefault="001B5CF0" w:rsidP="001B5CF0">
      <w:pPr>
        <w:rPr>
          <w:lang w:val="ru-RU"/>
        </w:rPr>
      </w:pPr>
      <w:r>
        <w:rPr>
          <w:lang w:val="ru-RU"/>
        </w:rPr>
        <w:lastRenderedPageBreak/>
        <w:t>Либо можно перезапустить ПО командами:</w:t>
      </w:r>
    </w:p>
    <w:p w:rsidR="001B5CF0" w:rsidRPr="001B5CF0" w:rsidRDefault="001B5CF0" w:rsidP="001B5CF0">
      <w:pPr>
        <w:rPr>
          <w:rFonts w:ascii="Courier New" w:hAnsi="Courier New" w:cs="Courier New"/>
          <w:b/>
        </w:rPr>
      </w:pPr>
      <w:proofErr w:type="spellStart"/>
      <w:proofErr w:type="gramStart"/>
      <w:r w:rsidRPr="001B5CF0">
        <w:rPr>
          <w:rFonts w:ascii="Courier New" w:hAnsi="Courier New" w:cs="Courier New"/>
          <w:b/>
        </w:rPr>
        <w:t>sudo</w:t>
      </w:r>
      <w:proofErr w:type="spellEnd"/>
      <w:proofErr w:type="gramEnd"/>
      <w:r w:rsidRPr="001B5CF0">
        <w:rPr>
          <w:rFonts w:ascii="Courier New" w:hAnsi="Courier New" w:cs="Courier New"/>
          <w:b/>
        </w:rPr>
        <w:t xml:space="preserve"> </w:t>
      </w:r>
      <w:proofErr w:type="spellStart"/>
      <w:r w:rsidRPr="001B5CF0">
        <w:rPr>
          <w:rFonts w:ascii="Courier New" w:hAnsi="Courier New" w:cs="Courier New"/>
          <w:b/>
        </w:rPr>
        <w:t>systemctl</w:t>
      </w:r>
      <w:proofErr w:type="spellEnd"/>
      <w:r w:rsidRPr="001B5CF0">
        <w:rPr>
          <w:rFonts w:ascii="Courier New" w:hAnsi="Courier New" w:cs="Courier New"/>
          <w:b/>
        </w:rPr>
        <w:t xml:space="preserve"> stop </w:t>
      </w:r>
      <w:proofErr w:type="spellStart"/>
      <w:r w:rsidRPr="001B5CF0">
        <w:rPr>
          <w:rFonts w:ascii="Courier New" w:hAnsi="Courier New" w:cs="Courier New"/>
          <w:b/>
        </w:rPr>
        <w:t>fdextserver</w:t>
      </w:r>
      <w:proofErr w:type="spellEnd"/>
      <w:r w:rsidRPr="001B5CF0">
        <w:rPr>
          <w:rFonts w:ascii="Courier New" w:hAnsi="Courier New" w:cs="Courier New"/>
          <w:b/>
        </w:rPr>
        <w:br/>
      </w:r>
      <w:proofErr w:type="spellStart"/>
      <w:r w:rsidRPr="001B5CF0">
        <w:rPr>
          <w:rFonts w:ascii="Courier New" w:hAnsi="Courier New" w:cs="Courier New"/>
          <w:b/>
        </w:rPr>
        <w:t>sudo</w:t>
      </w:r>
      <w:proofErr w:type="spellEnd"/>
      <w:r w:rsidRPr="001B5CF0">
        <w:rPr>
          <w:rFonts w:ascii="Courier New" w:hAnsi="Courier New" w:cs="Courier New"/>
          <w:b/>
        </w:rPr>
        <w:t xml:space="preserve"> </w:t>
      </w:r>
      <w:proofErr w:type="spellStart"/>
      <w:r w:rsidRPr="001B5CF0">
        <w:rPr>
          <w:rFonts w:ascii="Courier New" w:hAnsi="Courier New" w:cs="Courier New"/>
          <w:b/>
        </w:rPr>
        <w:t>systemctl</w:t>
      </w:r>
      <w:proofErr w:type="spellEnd"/>
      <w:r w:rsidRPr="001B5CF0">
        <w:rPr>
          <w:rFonts w:ascii="Courier New" w:hAnsi="Courier New" w:cs="Courier New"/>
          <w:b/>
        </w:rPr>
        <w:t xml:space="preserve"> start </w:t>
      </w:r>
      <w:proofErr w:type="spellStart"/>
      <w:r w:rsidRPr="001B5CF0">
        <w:rPr>
          <w:rFonts w:ascii="Courier New" w:hAnsi="Courier New" w:cs="Courier New"/>
          <w:b/>
        </w:rPr>
        <w:t>fdextserver</w:t>
      </w:r>
      <w:proofErr w:type="spellEnd"/>
      <w:r w:rsidRPr="001B5CF0">
        <w:rPr>
          <w:rFonts w:ascii="Courier New" w:hAnsi="Courier New" w:cs="Courier New"/>
          <w:b/>
        </w:rPr>
        <w:br/>
      </w:r>
      <w:proofErr w:type="spellStart"/>
      <w:r>
        <w:rPr>
          <w:rFonts w:ascii="Courier New" w:hAnsi="Courier New" w:cs="Courier New"/>
          <w:b/>
        </w:rPr>
        <w:t>sudo</w:t>
      </w:r>
      <w:proofErr w:type="spellEnd"/>
      <w:r>
        <w:rPr>
          <w:rFonts w:ascii="Courier New" w:hAnsi="Courier New" w:cs="Courier New"/>
          <w:b/>
        </w:rPr>
        <w:t xml:space="preserve"> snap restart </w:t>
      </w:r>
      <w:proofErr w:type="spellStart"/>
      <w:r>
        <w:rPr>
          <w:rFonts w:ascii="Courier New" w:hAnsi="Courier New" w:cs="Courier New"/>
          <w:b/>
        </w:rPr>
        <w:t>sl</w:t>
      </w:r>
      <w:proofErr w:type="spellEnd"/>
      <w:r>
        <w:rPr>
          <w:rFonts w:ascii="Courier New" w:hAnsi="Courier New" w:cs="Courier New"/>
          <w:b/>
        </w:rPr>
        <w:t>-graph</w:t>
      </w:r>
    </w:p>
    <w:p w:rsidR="001B5CF0" w:rsidRPr="001B5CF0" w:rsidRDefault="001B5CF0" w:rsidP="001B5CF0">
      <w:pPr>
        <w:rPr>
          <w:lang w:val="ru-RU"/>
        </w:rPr>
      </w:pPr>
      <w:r>
        <w:rPr>
          <w:lang w:val="ru-RU"/>
        </w:rPr>
        <w:t xml:space="preserve">Теперь в </w:t>
      </w:r>
      <w:r>
        <w:t>web</w:t>
      </w:r>
      <w:r>
        <w:rPr>
          <w:lang w:val="ru-RU"/>
        </w:rPr>
        <w:t>-интерфейсе на порту 8008 на странице «</w:t>
      </w:r>
      <w:r>
        <w:t>Licenses</w:t>
      </w:r>
      <w:r>
        <w:rPr>
          <w:lang w:val="ru-RU"/>
        </w:rPr>
        <w:t>» должен отображаться непустой список лицензий.</w:t>
      </w:r>
    </w:p>
    <w:p w:rsidR="001B5CF0" w:rsidRDefault="001B5CF0" w:rsidP="001B5CF0">
      <w:pPr>
        <w:rPr>
          <w:lang w:val="ru-RU"/>
        </w:rPr>
      </w:pPr>
    </w:p>
    <w:p w:rsidR="007A2A38" w:rsidRPr="007A2A38" w:rsidRDefault="007A2A38" w:rsidP="001B5CF0">
      <w:pPr>
        <w:pStyle w:val="Heading1"/>
        <w:rPr>
          <w:lang w:val="ru-RU"/>
        </w:rPr>
      </w:pPr>
      <w:r w:rsidRPr="00437730">
        <w:rPr>
          <w:lang w:val="ru-RU"/>
        </w:rPr>
        <w:t xml:space="preserve">Шаг </w:t>
      </w:r>
      <w:r w:rsidR="001B5CF0">
        <w:t>3</w:t>
      </w:r>
      <w:r w:rsidRPr="00437730">
        <w:rPr>
          <w:lang w:val="ru-RU"/>
        </w:rPr>
        <w:t xml:space="preserve">. </w:t>
      </w:r>
      <w:r>
        <w:rPr>
          <w:lang w:val="ru-RU"/>
        </w:rPr>
        <w:t xml:space="preserve">Обновление </w:t>
      </w:r>
      <w:r>
        <w:rPr>
          <w:lang w:val="ru-RU"/>
        </w:rPr>
        <w:t xml:space="preserve">прикладного </w:t>
      </w:r>
      <w:r>
        <w:rPr>
          <w:lang w:val="ru-RU"/>
        </w:rPr>
        <w:t>ПО</w:t>
      </w:r>
      <w:r w:rsidRPr="007A2A38">
        <w:rPr>
          <w:lang w:val="ru-RU"/>
        </w:rPr>
        <w:t xml:space="preserve"> </w:t>
      </w:r>
    </w:p>
    <w:p w:rsidR="001716BD" w:rsidRDefault="001716BD" w:rsidP="007A2A38">
      <w:pPr>
        <w:rPr>
          <w:lang w:val="ru-RU"/>
        </w:rPr>
      </w:pPr>
    </w:p>
    <w:p w:rsidR="007A2A38" w:rsidRPr="001716BD" w:rsidRDefault="001716BD" w:rsidP="007A2A38">
      <w:pPr>
        <w:rPr>
          <w:lang w:val="ru-RU"/>
        </w:rPr>
      </w:pPr>
      <w:r>
        <w:rPr>
          <w:lang w:val="ru-RU"/>
        </w:rPr>
        <w:t xml:space="preserve">Для обновления ПО </w:t>
      </w:r>
      <w:proofErr w:type="spellStart"/>
      <w:r>
        <w:t>SLAlarmPlayer</w:t>
      </w:r>
      <w:proofErr w:type="spellEnd"/>
      <w:r>
        <w:rPr>
          <w:lang w:val="ru-RU"/>
        </w:rPr>
        <w:t xml:space="preserve"> необходимо выполнить командную строку:</w:t>
      </w:r>
    </w:p>
    <w:p w:rsidR="001716BD" w:rsidRPr="001716BD" w:rsidRDefault="001716BD" w:rsidP="007A2A38">
      <w:pPr>
        <w:rPr>
          <w:rFonts w:ascii="Courier New" w:hAnsi="Courier New" w:cs="Courier New"/>
          <w:b/>
        </w:rPr>
      </w:pPr>
      <w:proofErr w:type="spellStart"/>
      <w:proofErr w:type="gramStart"/>
      <w:r w:rsidRPr="001716BD">
        <w:rPr>
          <w:rFonts w:ascii="Courier New" w:hAnsi="Courier New" w:cs="Courier New"/>
          <w:b/>
        </w:rPr>
        <w:t>sudo</w:t>
      </w:r>
      <w:proofErr w:type="spellEnd"/>
      <w:proofErr w:type="gramEnd"/>
      <w:r w:rsidRPr="001716BD">
        <w:rPr>
          <w:rFonts w:ascii="Courier New" w:hAnsi="Courier New" w:cs="Courier New"/>
          <w:b/>
        </w:rPr>
        <w:t xml:space="preserve"> snap install /</w:t>
      </w:r>
      <w:proofErr w:type="spellStart"/>
      <w:r w:rsidRPr="001716BD">
        <w:rPr>
          <w:rFonts w:ascii="Courier New" w:hAnsi="Courier New" w:cs="Courier New"/>
          <w:b/>
        </w:rPr>
        <w:t>tmp</w:t>
      </w:r>
      <w:proofErr w:type="spellEnd"/>
      <w:r w:rsidRPr="001716BD">
        <w:rPr>
          <w:rFonts w:ascii="Courier New" w:hAnsi="Courier New" w:cs="Courier New"/>
          <w:b/>
        </w:rPr>
        <w:t xml:space="preserve">/slalarmplayer_0.0.1.32-0.5_amd64.snap </w:t>
      </w:r>
      <w:r>
        <w:rPr>
          <w:rFonts w:ascii="Courier New" w:hAnsi="Courier New" w:cs="Courier New"/>
          <w:b/>
        </w:rPr>
        <w:br/>
      </w:r>
      <w:r w:rsidRPr="001716BD">
        <w:rPr>
          <w:rFonts w:ascii="Courier New" w:hAnsi="Courier New" w:cs="Courier New"/>
          <w:b/>
        </w:rPr>
        <w:t>--</w:t>
      </w:r>
      <w:proofErr w:type="spellStart"/>
      <w:r w:rsidRPr="001716BD">
        <w:rPr>
          <w:rFonts w:ascii="Courier New" w:hAnsi="Courier New" w:cs="Courier New"/>
          <w:b/>
        </w:rPr>
        <w:t>devmode</w:t>
      </w:r>
      <w:proofErr w:type="spellEnd"/>
      <w:r w:rsidRPr="001716BD">
        <w:rPr>
          <w:rFonts w:ascii="Courier New" w:hAnsi="Courier New" w:cs="Courier New"/>
          <w:b/>
        </w:rPr>
        <w:t xml:space="preserve"> --dangerous</w:t>
      </w:r>
    </w:p>
    <w:p w:rsidR="001716BD" w:rsidRDefault="001716BD" w:rsidP="007A2A38"/>
    <w:p w:rsidR="001716BD" w:rsidRPr="001716BD" w:rsidRDefault="001716BD" w:rsidP="001716BD">
      <w:pPr>
        <w:rPr>
          <w:lang w:val="ru-RU"/>
        </w:rPr>
      </w:pPr>
      <w:r>
        <w:rPr>
          <w:lang w:val="ru-RU"/>
        </w:rPr>
        <w:t xml:space="preserve">Для обновления ПО </w:t>
      </w:r>
      <w:r>
        <w:t>SL</w:t>
      </w:r>
      <w:proofErr w:type="spellStart"/>
      <w:r>
        <w:rPr>
          <w:lang w:val="ru-RU"/>
        </w:rPr>
        <w:t>Graph</w:t>
      </w:r>
      <w:proofErr w:type="spellEnd"/>
      <w:r>
        <w:rPr>
          <w:lang w:val="ru-RU"/>
        </w:rPr>
        <w:t xml:space="preserve"> необходимо выполнить командную строку:</w:t>
      </w:r>
    </w:p>
    <w:p w:rsidR="001716BD" w:rsidRPr="001716BD" w:rsidRDefault="001716BD" w:rsidP="007A2A38">
      <w:pPr>
        <w:rPr>
          <w:rFonts w:ascii="Courier New" w:hAnsi="Courier New" w:cs="Courier New"/>
          <w:b/>
        </w:rPr>
      </w:pPr>
      <w:proofErr w:type="spellStart"/>
      <w:proofErr w:type="gramStart"/>
      <w:r w:rsidRPr="001716BD">
        <w:rPr>
          <w:rFonts w:ascii="Courier New" w:hAnsi="Courier New" w:cs="Courier New"/>
          <w:b/>
        </w:rPr>
        <w:t>sudo</w:t>
      </w:r>
      <w:proofErr w:type="spellEnd"/>
      <w:proofErr w:type="gramEnd"/>
      <w:r w:rsidRPr="001716BD">
        <w:rPr>
          <w:rFonts w:ascii="Courier New" w:hAnsi="Courier New" w:cs="Courier New"/>
          <w:b/>
        </w:rPr>
        <w:t xml:space="preserve"> snap install /</w:t>
      </w:r>
      <w:proofErr w:type="spellStart"/>
      <w:r w:rsidRPr="001716BD">
        <w:rPr>
          <w:rFonts w:ascii="Courier New" w:hAnsi="Courier New" w:cs="Courier New"/>
          <w:b/>
        </w:rPr>
        <w:t>tmp</w:t>
      </w:r>
      <w:proofErr w:type="spellEnd"/>
      <w:r w:rsidRPr="001716BD">
        <w:rPr>
          <w:rFonts w:ascii="Courier New" w:hAnsi="Courier New" w:cs="Courier New"/>
          <w:b/>
        </w:rPr>
        <w:t>/sl-graph_1.2.408-0_amd64.snap --</w:t>
      </w:r>
      <w:proofErr w:type="spellStart"/>
      <w:r w:rsidRPr="001716BD">
        <w:rPr>
          <w:rFonts w:ascii="Courier New" w:hAnsi="Courier New" w:cs="Courier New"/>
          <w:b/>
        </w:rPr>
        <w:t>devmode</w:t>
      </w:r>
      <w:proofErr w:type="spellEnd"/>
      <w:r w:rsidRPr="001716BD">
        <w:rPr>
          <w:rFonts w:ascii="Courier New" w:hAnsi="Courier New" w:cs="Courier New"/>
          <w:b/>
        </w:rPr>
        <w:t xml:space="preserve"> --dangerous</w:t>
      </w:r>
    </w:p>
    <w:p w:rsidR="007A2A38" w:rsidRDefault="007A2A38" w:rsidP="007A2A38"/>
    <w:p w:rsidR="001716BD" w:rsidRDefault="001716BD" w:rsidP="007A2A38">
      <w:pPr>
        <w:rPr>
          <w:lang w:val="ru-RU"/>
        </w:rPr>
      </w:pPr>
      <w:r w:rsidRPr="001716BD">
        <w:rPr>
          <w:b/>
          <w:lang w:val="ru-RU"/>
        </w:rPr>
        <w:t>Важно</w:t>
      </w:r>
      <w:r>
        <w:rPr>
          <w:lang w:val="ru-RU"/>
        </w:rPr>
        <w:t>: При обновлении драйверов необходимо выполнять перезапуск прикладного ПО командами:</w:t>
      </w:r>
    </w:p>
    <w:p w:rsidR="001716BD" w:rsidRPr="001716BD" w:rsidRDefault="001716BD" w:rsidP="001716BD">
      <w:pPr>
        <w:rPr>
          <w:rFonts w:ascii="Courier New" w:hAnsi="Courier New" w:cs="Courier New"/>
          <w:b/>
        </w:rPr>
      </w:pPr>
      <w:proofErr w:type="spellStart"/>
      <w:proofErr w:type="gramStart"/>
      <w:r w:rsidRPr="001716BD">
        <w:rPr>
          <w:rFonts w:ascii="Courier New" w:hAnsi="Courier New" w:cs="Courier New"/>
          <w:b/>
        </w:rPr>
        <w:t>sudo</w:t>
      </w:r>
      <w:proofErr w:type="spellEnd"/>
      <w:proofErr w:type="gramEnd"/>
      <w:r w:rsidRPr="001716BD">
        <w:rPr>
          <w:rFonts w:ascii="Courier New" w:hAnsi="Courier New" w:cs="Courier New"/>
          <w:b/>
        </w:rPr>
        <w:t xml:space="preserve"> snap stop </w:t>
      </w:r>
      <w:proofErr w:type="spellStart"/>
      <w:r w:rsidRPr="001716BD">
        <w:rPr>
          <w:rFonts w:ascii="Courier New" w:hAnsi="Courier New" w:cs="Courier New"/>
          <w:b/>
        </w:rPr>
        <w:t>sl</w:t>
      </w:r>
      <w:proofErr w:type="spellEnd"/>
      <w:r w:rsidRPr="001716BD">
        <w:rPr>
          <w:rFonts w:ascii="Courier New" w:hAnsi="Courier New" w:cs="Courier New"/>
          <w:b/>
        </w:rPr>
        <w:t>-graph</w:t>
      </w:r>
      <w:r w:rsidRPr="001716BD">
        <w:rPr>
          <w:rFonts w:ascii="Courier New" w:hAnsi="Courier New" w:cs="Courier New"/>
          <w:b/>
        </w:rPr>
        <w:br/>
      </w:r>
      <w:proofErr w:type="spellStart"/>
      <w:r w:rsidRPr="001716BD">
        <w:rPr>
          <w:rFonts w:ascii="Courier New" w:hAnsi="Courier New" w:cs="Courier New"/>
          <w:b/>
        </w:rPr>
        <w:t>sudo</w:t>
      </w:r>
      <w:proofErr w:type="spellEnd"/>
      <w:r w:rsidRPr="001716BD">
        <w:rPr>
          <w:rFonts w:ascii="Courier New" w:hAnsi="Courier New" w:cs="Courier New"/>
          <w:b/>
        </w:rPr>
        <w:t xml:space="preserve"> snap stop </w:t>
      </w:r>
      <w:proofErr w:type="spellStart"/>
      <w:r w:rsidRPr="001716BD">
        <w:rPr>
          <w:rFonts w:ascii="Courier New" w:hAnsi="Courier New" w:cs="Courier New"/>
          <w:b/>
        </w:rPr>
        <w:t>slalarmplayer</w:t>
      </w:r>
      <w:proofErr w:type="spellEnd"/>
    </w:p>
    <w:p w:rsidR="001716BD" w:rsidRPr="001716BD" w:rsidRDefault="001716BD" w:rsidP="007A2A38">
      <w:proofErr w:type="gramStart"/>
      <w:r>
        <w:rPr>
          <w:lang w:val="ru-RU"/>
        </w:rPr>
        <w:t>а</w:t>
      </w:r>
      <w:proofErr w:type="gramEnd"/>
      <w:r w:rsidRPr="001716BD">
        <w:t xml:space="preserve"> </w:t>
      </w:r>
      <w:r>
        <w:rPr>
          <w:lang w:val="ru-RU"/>
        </w:rPr>
        <w:t>затем</w:t>
      </w:r>
      <w:r w:rsidRPr="001716BD">
        <w:t>:</w:t>
      </w:r>
    </w:p>
    <w:p w:rsidR="001716BD" w:rsidRPr="001716BD" w:rsidRDefault="001716BD" w:rsidP="001716BD">
      <w:pPr>
        <w:rPr>
          <w:rFonts w:ascii="Courier New" w:hAnsi="Courier New" w:cs="Courier New"/>
          <w:b/>
        </w:rPr>
      </w:pPr>
      <w:proofErr w:type="spellStart"/>
      <w:proofErr w:type="gramStart"/>
      <w:r w:rsidRPr="001716BD">
        <w:rPr>
          <w:rFonts w:ascii="Courier New" w:hAnsi="Courier New" w:cs="Courier New"/>
          <w:b/>
        </w:rPr>
        <w:t>sudo</w:t>
      </w:r>
      <w:proofErr w:type="spellEnd"/>
      <w:proofErr w:type="gramEnd"/>
      <w:r w:rsidRPr="001716BD">
        <w:rPr>
          <w:rFonts w:ascii="Courier New" w:hAnsi="Courier New" w:cs="Courier New"/>
          <w:b/>
        </w:rPr>
        <w:t xml:space="preserve"> snap st</w:t>
      </w:r>
      <w:r>
        <w:rPr>
          <w:rFonts w:ascii="Courier New" w:hAnsi="Courier New" w:cs="Courier New"/>
          <w:b/>
        </w:rPr>
        <w:t>art</w:t>
      </w:r>
      <w:r w:rsidRPr="001716BD">
        <w:rPr>
          <w:rFonts w:ascii="Courier New" w:hAnsi="Courier New" w:cs="Courier New"/>
          <w:b/>
        </w:rPr>
        <w:t xml:space="preserve"> </w:t>
      </w:r>
      <w:proofErr w:type="spellStart"/>
      <w:r w:rsidRPr="001716BD">
        <w:rPr>
          <w:rFonts w:ascii="Courier New" w:hAnsi="Courier New" w:cs="Courier New"/>
          <w:b/>
        </w:rPr>
        <w:t>sl</w:t>
      </w:r>
      <w:proofErr w:type="spellEnd"/>
      <w:r w:rsidRPr="001716BD">
        <w:rPr>
          <w:rFonts w:ascii="Courier New" w:hAnsi="Courier New" w:cs="Courier New"/>
          <w:b/>
        </w:rPr>
        <w:t>-graph</w:t>
      </w:r>
      <w:r w:rsidRPr="001716BD">
        <w:rPr>
          <w:rFonts w:ascii="Courier New" w:hAnsi="Courier New" w:cs="Courier New"/>
          <w:b/>
        </w:rPr>
        <w:br/>
      </w:r>
      <w:proofErr w:type="spellStart"/>
      <w:r w:rsidRPr="001716BD">
        <w:rPr>
          <w:rFonts w:ascii="Courier New" w:hAnsi="Courier New" w:cs="Courier New"/>
          <w:b/>
        </w:rPr>
        <w:t>sudo</w:t>
      </w:r>
      <w:proofErr w:type="spellEnd"/>
      <w:r w:rsidRPr="001716BD">
        <w:rPr>
          <w:rFonts w:ascii="Courier New" w:hAnsi="Courier New" w:cs="Courier New"/>
          <w:b/>
        </w:rPr>
        <w:t xml:space="preserve"> snap st</w:t>
      </w:r>
      <w:r>
        <w:rPr>
          <w:rFonts w:ascii="Courier New" w:hAnsi="Courier New" w:cs="Courier New"/>
          <w:b/>
        </w:rPr>
        <w:t>art</w:t>
      </w:r>
      <w:r w:rsidRPr="001716BD">
        <w:rPr>
          <w:rFonts w:ascii="Courier New" w:hAnsi="Courier New" w:cs="Courier New"/>
          <w:b/>
        </w:rPr>
        <w:t xml:space="preserve"> </w:t>
      </w:r>
      <w:proofErr w:type="spellStart"/>
      <w:r w:rsidRPr="001716BD">
        <w:rPr>
          <w:rFonts w:ascii="Courier New" w:hAnsi="Courier New" w:cs="Courier New"/>
          <w:b/>
        </w:rPr>
        <w:t>slalarmplayer</w:t>
      </w:r>
      <w:proofErr w:type="spellEnd"/>
    </w:p>
    <w:p w:rsidR="001716BD" w:rsidRPr="001716BD" w:rsidRDefault="001716BD" w:rsidP="007A2A38"/>
    <w:sectPr w:rsidR="001716BD" w:rsidRPr="001716BD">
      <w:footerReference w:type="default" r:id="rId8"/>
      <w:pgSz w:w="12240" w:h="15840"/>
      <w:pgMar w:top="1020" w:right="1191" w:bottom="1020" w:left="1191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0F4" w:rsidRDefault="001250F4">
      <w:pPr>
        <w:spacing w:after="0" w:line="240" w:lineRule="auto"/>
      </w:pPr>
      <w:r>
        <w:separator/>
      </w:r>
    </w:p>
  </w:endnote>
  <w:endnote w:type="continuationSeparator" w:id="0">
    <w:p w:rsidR="001250F4" w:rsidRDefault="0012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312" w:rsidRDefault="00A32DF7">
    <w:pPr>
      <w:pStyle w:val="Footer"/>
      <w:jc w:val="center"/>
    </w:pPr>
    <w:proofErr w:type="spellStart"/>
    <w:r>
      <w:rPr>
        <w:color w:val="787878"/>
        <w:sz w:val="16"/>
      </w:rPr>
      <w:t>Инструкция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по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установке</w:t>
    </w:r>
    <w:proofErr w:type="spellEnd"/>
    <w:r>
      <w:rPr>
        <w:color w:val="787878"/>
        <w:sz w:val="16"/>
      </w:rPr>
      <w:t xml:space="preserve"> Astra Linux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0F4" w:rsidRDefault="001250F4">
      <w:pPr>
        <w:spacing w:after="0" w:line="240" w:lineRule="auto"/>
      </w:pPr>
      <w:r>
        <w:separator/>
      </w:r>
    </w:p>
  </w:footnote>
  <w:footnote w:type="continuationSeparator" w:id="0">
    <w:p w:rsidR="001250F4" w:rsidRDefault="00125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5pt;height:14pt;visibility:visible;mso-wrap-style:square" o:bullet="t">
        <v:imagedata r:id="rId1" o:title=""/>
      </v:shape>
    </w:pict>
  </w:numPicBullet>
  <w:abstractNum w:abstractNumId="0">
    <w:nsid w:val="0CB956CF"/>
    <w:multiLevelType w:val="multilevel"/>
    <w:tmpl w:val="0D2246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8E6E5A"/>
    <w:multiLevelType w:val="hybridMultilevel"/>
    <w:tmpl w:val="8D80D2CA"/>
    <w:lvl w:ilvl="0" w:tplc="C1520810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12465"/>
    <w:multiLevelType w:val="multilevel"/>
    <w:tmpl w:val="E95E766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C3D55F5"/>
    <w:multiLevelType w:val="hybridMultilevel"/>
    <w:tmpl w:val="ADE6D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D3F55"/>
    <w:multiLevelType w:val="multilevel"/>
    <w:tmpl w:val="E2AC7B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C0601EB"/>
    <w:multiLevelType w:val="hybridMultilevel"/>
    <w:tmpl w:val="7C3C9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E7244"/>
    <w:multiLevelType w:val="multilevel"/>
    <w:tmpl w:val="DA98A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BD7380E"/>
    <w:multiLevelType w:val="multilevel"/>
    <w:tmpl w:val="721E742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5061670"/>
    <w:multiLevelType w:val="multilevel"/>
    <w:tmpl w:val="18224BF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79115CE3"/>
    <w:multiLevelType w:val="multilevel"/>
    <w:tmpl w:val="7E6C52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12"/>
    <w:rsid w:val="0004087C"/>
    <w:rsid w:val="001250F4"/>
    <w:rsid w:val="001252E7"/>
    <w:rsid w:val="001716BD"/>
    <w:rsid w:val="00194F2F"/>
    <w:rsid w:val="001B5CF0"/>
    <w:rsid w:val="0028114A"/>
    <w:rsid w:val="002F6312"/>
    <w:rsid w:val="00437730"/>
    <w:rsid w:val="004916C3"/>
    <w:rsid w:val="004E22DC"/>
    <w:rsid w:val="00507575"/>
    <w:rsid w:val="00756A05"/>
    <w:rsid w:val="007A2A38"/>
    <w:rsid w:val="009F6DBB"/>
    <w:rsid w:val="00A32DF7"/>
    <w:rsid w:val="00BD5AC8"/>
    <w:rsid w:val="00CC2119"/>
    <w:rsid w:val="00D11975"/>
    <w:rsid w:val="00DE047F"/>
    <w:rsid w:val="00DE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C07005-4318-42B5-90B2-29D3C958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6FA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4F6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"/>
    </w:rPr>
  </w:style>
  <w:style w:type="paragraph" w:customStyle="1" w:styleId="a1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B6FA4"/>
      <w:spacing w:val="5"/>
      <w:kern w:val="2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a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94F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1381B5-DC17-4190-9C6B-6FCA4255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Igor G. Tarancev</cp:lastModifiedBy>
  <cp:revision>4</cp:revision>
  <dcterms:created xsi:type="dcterms:W3CDTF">2026-10-15T13:29:00Z</dcterms:created>
  <dcterms:modified xsi:type="dcterms:W3CDTF">2026-10-15T14:07:00Z</dcterms:modified>
  <dc:language>ru-RU</dc:language>
</cp:coreProperties>
</file>